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3BDE7" w14:textId="77777777" w:rsidR="00FF1C6F" w:rsidRDefault="00000000">
      <w:pPr>
        <w:pStyle w:val="Title"/>
      </w:pPr>
      <w:r>
        <w:rPr>
          <w:rFonts w:ascii="Arial" w:hAnsi="Arial"/>
          <w:b/>
          <w:sz w:val="36"/>
        </w:rPr>
        <w:t>Tuoteongelman ilmoituslomake</w:t>
      </w:r>
    </w:p>
    <w:p w14:paraId="08401DA7" w14:textId="77777777" w:rsidR="00FF1C6F" w:rsidRDefault="00000000">
      <w:pPr/>
      <w:r>
        <w:rPr>
          <w:rFonts w:ascii="Arial" w:hAnsi="Arial"/>
          <w:sz w:val="18"/>
        </w:rPr>
        <w:t>Täytä ne kentät, jotka osaat, ja liitä mukaan selkeät valokuvat. Jos et ole varma jostakin kohdasta, kirjoita "En ole varma". Selkeät ja riittävät tiedot auttavat meitä käsittelemään asian nopeammin.</w:t>
      </w:r>
    </w:p>
    <w:p w14:paraId="1EBE45C5" w14:textId="77777777" w:rsidR="00FF1C6F" w:rsidRDefault="00000000">
      <w:pPr/>
      <w:r>
        <w:rPr>
          <w:rFonts w:ascii="Arial" w:hAnsi="Arial"/>
          <w:sz w:val="18"/>
        </w:rPr>
        <w:t>Jos kyseisen alueen käyttö voi olla vaarallista, lopeta sen käyttö, kunnes asia on arvioitu. Säilytä kyseinen paneeli tai paneelit mahdollisuuksien mukaan tarkastusta varten.</w:t>
      </w:r>
    </w:p>
    <w:p w14:paraId="04874F97" w14:textId="77777777" w:rsidR="00FF1C6F" w:rsidRDefault="00000000">
      <w:pPr>
        <w:pStyle w:val="Heading1"/>
      </w:pPr>
      <w:r>
        <w:rPr>
          <w:rFonts w:ascii="Arial" w:hAnsi="Arial"/>
          <w:b/>
          <w:sz w:val="22"/>
        </w:rPr>
        <w:t>1. Yhteystiedot ja tilaus</w:t>
      </w:r>
    </w:p>
    <w:tbl>
      <w:tblPr>
        <w:tblW w:w="0" w:type="auto"/>
        <w:tblBorders>
          <w:top w:val="single" w:sz="6" w:space="0" w:color="C7CDD4"/>
          <w:left w:val="single" w:sz="6" w:space="0" w:color="C7CDD4"/>
          <w:bottom w:val="single" w:sz="6" w:space="0" w:color="C7CDD4"/>
          <w:right w:val="single" w:sz="6" w:space="0" w:color="C7CDD4"/>
          <w:insideH w:val="single" w:sz="6" w:space="0" w:color="C7CDD4"/>
          <w:insideV w:val="single" w:sz="6" w:space="0" w:color="C7CDD4"/>
        </w:tblBorders>
        <w:tblLayout w:type="fixed"/>
        <w:tblLook w:val="04A0" w:firstRow="1" w:lastRow="0" w:firstColumn="1" w:lastColumn="0" w:noHBand="0" w:noVBand="1"/>
      </w:tblPr>
      <w:tblGrid>
        <w:gridCol w:w="2700"/>
        <w:gridCol w:w="6660"/>
      </w:tblGrid>
      <w:tr w:rsidR="00FF1C6F" w14:paraId="1DCA74D2" w14:textId="77777777">
        <w:tc>
          <w:tcPr>
            <w:tcW w:w="2700" w:type="dxa"/>
            <w:shd w:val="clear" w:color="auto" w:fill="F2F4F7"/>
            <w:vAlign w:val="center"/>
          </w:tcPr>
          <w:p w14:paraId="56051019" w14:textId="77777777" w:rsidR="00FF1C6F" w:rsidRDefault="00000000">
            <w:pPr>
              <w:pStyle w:val="FieldLabel"/>
              <w:spacing w:after="0" w:before="0" w:line="252" w:lineRule="auto"/>
            </w:pPr>
            <w:r>
              <w:rPr>
                <w:rFonts w:ascii="Arial" w:hAnsi="Arial"/>
                <w:sz w:val="17"/>
              </w:rPr>
              <w:t>Koko nimi</w:t>
            </w:r>
          </w:p>
        </w:tc>
        <w:tc>
          <w:tcPr>
            <w:tcW w:w="6660" w:type="dxa"/>
            <w:vAlign w:val="center"/>
          </w:tcPr>
          <w:p w14:paraId="1B476A6C" w14:textId="77777777" w:rsidR="00FF1C6F" w:rsidRDefault="00FF1C6F">
            <w:pPr>
              <w:spacing w:after="0" w:before="0" w:line="252" w:lineRule="auto"/>
            </w:pPr>
          </w:p>
        </w:tc>
      </w:tr>
      <w:tr w:rsidR="00FF1C6F" w14:paraId="58E8BEC0" w14:textId="77777777">
        <w:tc>
          <w:tcPr>
            <w:tcW w:w="2700" w:type="dxa"/>
            <w:shd w:val="clear" w:color="auto" w:fill="F2F4F7"/>
            <w:vAlign w:val="center"/>
          </w:tcPr>
          <w:p w14:paraId="7AF06FFB" w14:textId="77777777" w:rsidR="00FF1C6F" w:rsidRDefault="00000000">
            <w:pPr>
              <w:pStyle w:val="FieldLabel"/>
              <w:spacing w:after="0" w:before="0" w:line="252" w:lineRule="auto"/>
            </w:pPr>
            <w:r>
              <w:rPr>
                <w:rFonts w:ascii="Arial" w:hAnsi="Arial"/>
                <w:sz w:val="17"/>
              </w:rPr>
              <w:t>Sähköposti</w:t>
            </w:r>
          </w:p>
        </w:tc>
        <w:tc>
          <w:tcPr>
            <w:tcW w:w="6660" w:type="dxa"/>
            <w:vAlign w:val="center"/>
          </w:tcPr>
          <w:p w14:paraId="7504EC43" w14:textId="77777777" w:rsidR="00FF1C6F" w:rsidRDefault="00FF1C6F">
            <w:pPr>
              <w:spacing w:after="0" w:before="0" w:line="252" w:lineRule="auto"/>
            </w:pPr>
          </w:p>
        </w:tc>
      </w:tr>
      <w:tr w:rsidR="00FF1C6F" w14:paraId="2DAC8945" w14:textId="77777777">
        <w:tc>
          <w:tcPr>
            <w:tcW w:w="2700" w:type="dxa"/>
            <w:shd w:val="clear" w:color="auto" w:fill="F2F4F7"/>
            <w:vAlign w:val="center"/>
          </w:tcPr>
          <w:p w14:paraId="73EAA1B1" w14:textId="77777777" w:rsidR="00FF1C6F" w:rsidRDefault="00000000">
            <w:pPr>
              <w:pStyle w:val="FieldLabel"/>
              <w:spacing w:after="0" w:before="0" w:line="252" w:lineRule="auto"/>
            </w:pPr>
            <w:r>
              <w:rPr>
                <w:rFonts w:ascii="Arial" w:hAnsi="Arial"/>
                <w:sz w:val="17"/>
              </w:rPr>
              <w:t>Puhelin / WhatsApp</w:t>
            </w:r>
          </w:p>
        </w:tc>
        <w:tc>
          <w:tcPr>
            <w:tcW w:w="6660" w:type="dxa"/>
            <w:vAlign w:val="center"/>
          </w:tcPr>
          <w:p w14:paraId="0B49EA41" w14:textId="77777777" w:rsidR="00FF1C6F" w:rsidRDefault="00FF1C6F">
            <w:pPr>
              <w:spacing w:after="0" w:before="0" w:line="252" w:lineRule="auto"/>
            </w:pPr>
          </w:p>
        </w:tc>
      </w:tr>
      <w:tr w:rsidR="00FF1C6F" w14:paraId="34A72F12" w14:textId="77777777">
        <w:tc>
          <w:tcPr>
            <w:tcW w:w="2700" w:type="dxa"/>
            <w:shd w:val="clear" w:color="auto" w:fill="F2F4F7"/>
            <w:vAlign w:val="center"/>
          </w:tcPr>
          <w:p w14:paraId="4F1AE4BF" w14:textId="77777777" w:rsidR="00FF1C6F" w:rsidRDefault="00000000">
            <w:pPr>
              <w:pStyle w:val="FieldLabel"/>
              <w:spacing w:after="0" w:before="0" w:line="252" w:lineRule="auto"/>
            </w:pPr>
            <w:r>
              <w:rPr>
                <w:rFonts w:ascii="Arial" w:hAnsi="Arial"/>
                <w:sz w:val="17"/>
              </w:rPr>
              <w:t>Tilausnumero</w:t>
            </w:r>
          </w:p>
        </w:tc>
        <w:tc>
          <w:tcPr>
            <w:tcW w:w="6660" w:type="dxa"/>
            <w:vAlign w:val="center"/>
          </w:tcPr>
          <w:p w14:paraId="55C65491" w14:textId="77777777" w:rsidR="00FF1C6F" w:rsidRDefault="00FF1C6F">
            <w:pPr>
              <w:spacing w:after="0" w:before="0" w:line="252" w:lineRule="auto"/>
            </w:pPr>
          </w:p>
        </w:tc>
      </w:tr>
      <w:tr w:rsidR="00FF1C6F" w14:paraId="2E1E2336" w14:textId="77777777">
        <w:tc>
          <w:tcPr>
            <w:tcW w:w="2700" w:type="dxa"/>
            <w:shd w:val="clear" w:color="auto" w:fill="F2F4F7"/>
            <w:vAlign w:val="center"/>
          </w:tcPr>
          <w:p w14:paraId="0CC58AB4" w14:textId="77777777" w:rsidR="00FF1C6F" w:rsidRDefault="00000000">
            <w:pPr>
              <w:pStyle w:val="FieldLabel"/>
              <w:spacing w:after="0" w:before="0" w:line="252" w:lineRule="auto"/>
            </w:pPr>
            <w:r>
              <w:rPr>
                <w:rFonts w:ascii="Arial" w:hAnsi="Arial"/>
                <w:sz w:val="17"/>
              </w:rPr>
              <w:t>Laskunumero tai ostotosite</w:t>
            </w:r>
          </w:p>
        </w:tc>
        <w:tc>
          <w:tcPr>
            <w:tcW w:w="6660" w:type="dxa"/>
            <w:vAlign w:val="center"/>
          </w:tcPr>
          <w:p w14:paraId="1166C19B" w14:textId="77777777" w:rsidR="00FF1C6F" w:rsidRDefault="00FF1C6F">
            <w:pPr>
              <w:spacing w:after="0" w:before="0" w:line="252" w:lineRule="auto"/>
            </w:pPr>
          </w:p>
        </w:tc>
      </w:tr>
      <w:tr w:rsidR="00FF1C6F" w14:paraId="38099BA1" w14:textId="77777777">
        <w:tc>
          <w:tcPr>
            <w:tcW w:w="2700" w:type="dxa"/>
            <w:shd w:val="clear" w:color="auto" w:fill="F2F4F7"/>
            <w:vAlign w:val="center"/>
          </w:tcPr>
          <w:p w14:paraId="5539A888" w14:textId="77777777" w:rsidR="00FF1C6F" w:rsidRDefault="00000000">
            <w:pPr>
              <w:pStyle w:val="FieldLabel"/>
              <w:spacing w:after="0" w:before="0" w:line="252" w:lineRule="auto"/>
            </w:pPr>
            <w:r>
              <w:rPr>
                <w:rFonts w:ascii="Arial" w:hAnsi="Arial"/>
                <w:sz w:val="17"/>
              </w:rPr>
              <w:t>Toimituspäivä</w:t>
            </w:r>
          </w:p>
        </w:tc>
        <w:tc>
          <w:tcPr>
            <w:tcW w:w="6660" w:type="dxa"/>
            <w:vAlign w:val="center"/>
          </w:tcPr>
          <w:p w14:paraId="2003420C" w14:textId="77777777" w:rsidR="00FF1C6F" w:rsidRDefault="00FF1C6F">
            <w:pPr>
              <w:spacing w:after="0" w:before="0" w:line="252" w:lineRule="auto"/>
            </w:pPr>
          </w:p>
        </w:tc>
      </w:tr>
    </w:tbl>
    <w:p w14:paraId="63A43E16" w14:textId="77777777" w:rsidR="00FF1C6F" w:rsidRDefault="00FF1C6F"/>
    <w:p w14:paraId="2EEEC096" w14:textId="77777777" w:rsidR="00FF1C6F" w:rsidRDefault="00000000">
      <w:pPr>
        <w:pStyle w:val="Heading1"/>
      </w:pPr>
      <w:r>
        <w:rPr>
          <w:rFonts w:ascii="Arial" w:hAnsi="Arial"/>
          <w:b/>
          <w:sz w:val="22"/>
        </w:rPr>
        <w:t>2. Tuote ja ongelma</w:t>
      </w:r>
    </w:p>
    <w:tbl>
      <w:tblPr>
        <w:tblW w:w="0" w:type="auto"/>
        <w:tblBorders>
          <w:top w:val="single" w:sz="6" w:space="0" w:color="C7CDD4"/>
          <w:left w:val="single" w:sz="6" w:space="0" w:color="C7CDD4"/>
          <w:bottom w:val="single" w:sz="6" w:space="0" w:color="C7CDD4"/>
          <w:right w:val="single" w:sz="6" w:space="0" w:color="C7CDD4"/>
          <w:insideH w:val="single" w:sz="6" w:space="0" w:color="C7CDD4"/>
          <w:insideV w:val="single" w:sz="6" w:space="0" w:color="C7CDD4"/>
        </w:tblBorders>
        <w:tblLayout w:type="fixed"/>
        <w:tblLook w:val="04A0" w:firstRow="1" w:lastRow="0" w:firstColumn="1" w:lastColumn="0" w:noHBand="0" w:noVBand="1"/>
      </w:tblPr>
      <w:tblGrid>
        <w:gridCol w:w="2700"/>
        <w:gridCol w:w="6660"/>
      </w:tblGrid>
      <w:tr w:rsidR="00FF1C6F" w14:paraId="6536C6ED" w14:textId="77777777">
        <w:tc>
          <w:tcPr>
            <w:tcW w:w="2700" w:type="dxa"/>
            <w:shd w:val="clear" w:color="auto" w:fill="F2F4F7"/>
            <w:vAlign w:val="center"/>
          </w:tcPr>
          <w:p w14:paraId="185F183B" w14:textId="77777777" w:rsidR="00FF1C6F" w:rsidRDefault="00000000">
            <w:pPr>
              <w:pStyle w:val="FieldLabel"/>
              <w:spacing w:after="0" w:before="0" w:line="252" w:lineRule="auto"/>
            </w:pPr>
            <w:r>
              <w:rPr>
                <w:rFonts w:ascii="Arial" w:hAnsi="Arial"/>
                <w:sz w:val="17"/>
              </w:rPr>
              <w:t>Tuotteen nimi</w:t>
            </w:r>
          </w:p>
        </w:tc>
        <w:tc>
          <w:tcPr>
            <w:tcW w:w="6660" w:type="dxa"/>
            <w:vAlign w:val="center"/>
          </w:tcPr>
          <w:p w14:paraId="13314BD4" w14:textId="77777777" w:rsidR="00FF1C6F" w:rsidRDefault="00000000">
            <w:pPr>
              <w:spacing w:after="0" w:before="0" w:line="252" w:lineRule="auto"/>
            </w:pPr>
            <w:r>
              <w:rPr>
                <w:rFonts w:ascii="Arial" w:hAnsi="Arial"/>
                <w:b/>
                <w:sz w:val="17"/>
              </w:rPr>
              <w:t>KARC Hockey Training Floor</w:t>
            </w:r>
          </w:p>
        </w:tc>
      </w:tr>
      <w:tr w:rsidR="00FF1C6F" w14:paraId="5BDBCAD5" w14:textId="77777777">
        <w:tc>
          <w:tcPr>
            <w:tcW w:w="2700" w:type="dxa"/>
            <w:shd w:val="clear" w:color="auto" w:fill="F2F4F7"/>
            <w:vAlign w:val="center"/>
          </w:tcPr>
          <w:p w14:paraId="017A53CF" w14:textId="77777777" w:rsidR="00FF1C6F" w:rsidRDefault="00000000">
            <w:pPr>
              <w:pStyle w:val="FieldLabel"/>
              <w:spacing w:after="0" w:before="0" w:line="252" w:lineRule="auto"/>
            </w:pPr>
            <w:r>
              <w:rPr>
                <w:rFonts w:ascii="Arial" w:hAnsi="Arial"/>
                <w:sz w:val="17"/>
              </w:rPr>
              <w:t>Kyseisten paneelien määrä</w:t>
            </w:r>
          </w:p>
        </w:tc>
        <w:tc>
          <w:tcPr>
            <w:tcW w:w="6660" w:type="dxa"/>
            <w:vAlign w:val="center"/>
          </w:tcPr>
          <w:p w14:paraId="4CEDDA48" w14:textId="77777777" w:rsidR="00FF1C6F" w:rsidRDefault="00FF1C6F">
            <w:pPr>
              <w:spacing w:after="0" w:before="0" w:line="252" w:lineRule="auto"/>
            </w:pPr>
          </w:p>
        </w:tc>
      </w:tr>
      <w:tr w:rsidR="00FF1C6F" w14:paraId="327F3CA4" w14:textId="77777777">
        <w:tc>
          <w:tcPr>
            <w:tcW w:w="2700" w:type="dxa"/>
            <w:shd w:val="clear" w:color="auto" w:fill="F2F4F7"/>
            <w:vAlign w:val="center"/>
          </w:tcPr>
          <w:p w14:paraId="1A01280B" w14:textId="77777777" w:rsidR="00FF1C6F" w:rsidRDefault="00000000">
            <w:pPr>
              <w:pStyle w:val="FieldLabel"/>
              <w:spacing w:after="0" w:before="0" w:line="252" w:lineRule="auto"/>
            </w:pPr>
            <w:r>
              <w:rPr>
                <w:rFonts w:ascii="Arial" w:hAnsi="Arial"/>
                <w:sz w:val="17"/>
              </w:rPr>
              <w:t>Milloin huomasit ongelman ensimmäisen kerran?</w:t>
            </w:r>
          </w:p>
        </w:tc>
        <w:tc>
          <w:tcPr>
            <w:tcW w:w="6660" w:type="dxa"/>
            <w:vAlign w:val="center"/>
          </w:tcPr>
          <w:p w14:paraId="3969FF98" w14:textId="77777777" w:rsidR="00FF1C6F" w:rsidRDefault="00FF1C6F">
            <w:pPr>
              <w:spacing w:after="0" w:before="0" w:line="252" w:lineRule="auto"/>
            </w:pPr>
          </w:p>
        </w:tc>
      </w:tr>
      <w:tr w:rsidR="00FF1C6F" w14:paraId="45AF43D2" w14:textId="77777777">
        <w:tc>
          <w:tcPr>
            <w:tcW w:w="2700" w:type="dxa"/>
            <w:shd w:val="clear" w:color="auto" w:fill="F2F4F7"/>
            <w:vAlign w:val="center"/>
          </w:tcPr>
          <w:p w14:paraId="564631EC" w14:textId="77777777" w:rsidR="00FF1C6F" w:rsidRDefault="00000000">
            <w:pPr>
              <w:pStyle w:val="FieldLabel"/>
              <w:spacing w:after="0" w:before="0" w:line="252" w:lineRule="auto"/>
            </w:pPr>
            <w:r>
              <w:rPr>
                <w:rFonts w:ascii="Arial" w:hAnsi="Arial"/>
                <w:sz w:val="17"/>
              </w:rPr>
              <w:t>Lyhyt kuvaus ongelmasta</w:t>
            </w:r>
          </w:p>
        </w:tc>
        <w:tc>
          <w:tcPr>
            <w:tcW w:w="6660" w:type="dxa"/>
            <w:vAlign w:val="center"/>
          </w:tcPr>
          <w:p w14:paraId="5DF61C79" w14:textId="77777777" w:rsidR="00FF1C6F" w:rsidRDefault="00FF1C6F">
            <w:pPr>
              <w:spacing w:after="0" w:before="0" w:line="252" w:lineRule="auto"/>
            </w:pPr>
          </w:p>
        </w:tc>
      </w:tr>
    </w:tbl>
    <w:p w14:paraId="6FC99E69" w14:textId="77777777" w:rsidR="00FF1C6F" w:rsidRDefault="00FF1C6F"/>
    <w:p w14:paraId="24CF1B28" w14:textId="77777777" w:rsidR="00FF1C6F" w:rsidRDefault="00000000">
      <w:pPr>
        <w:pStyle w:val="Heading1"/>
      </w:pPr>
      <w:r>
        <w:rPr>
          <w:rFonts w:ascii="Arial" w:hAnsi="Arial"/>
          <w:b/>
          <w:sz w:val="22"/>
        </w:rPr>
        <w:t>3. Käyttöympäristö</w:t>
      </w:r>
    </w:p>
    <w:tbl>
      <w:tblPr>
        <w:tblW w:w="0" w:type="auto"/>
        <w:tblBorders>
          <w:top w:val="single" w:sz="6" w:space="0" w:color="C7CDD4"/>
          <w:left w:val="single" w:sz="6" w:space="0" w:color="C7CDD4"/>
          <w:bottom w:val="single" w:sz="6" w:space="0" w:color="C7CDD4"/>
          <w:right w:val="single" w:sz="6" w:space="0" w:color="C7CDD4"/>
          <w:insideH w:val="single" w:sz="6" w:space="0" w:color="C7CDD4"/>
          <w:insideV w:val="single" w:sz="6" w:space="0" w:color="C7CDD4"/>
        </w:tblBorders>
        <w:tblLayout w:type="fixed"/>
        <w:tblLook w:val="04A0" w:firstRow="1" w:lastRow="0" w:firstColumn="1" w:lastColumn="0" w:noHBand="0" w:noVBand="1"/>
      </w:tblPr>
      <w:tblGrid>
        <w:gridCol w:w="2700"/>
        <w:gridCol w:w="6660"/>
      </w:tblGrid>
      <w:tr w:rsidR="00FF1C6F" w14:paraId="0E11C5C4" w14:textId="77777777">
        <w:tc>
          <w:tcPr>
            <w:tcW w:w="2700" w:type="dxa"/>
            <w:shd w:val="clear" w:color="auto" w:fill="F2F4F7"/>
            <w:vAlign w:val="center"/>
          </w:tcPr>
          <w:p w14:paraId="38518E7F" w14:textId="77777777" w:rsidR="00FF1C6F" w:rsidRDefault="00000000">
            <w:pPr>
              <w:pStyle w:val="FieldLabel"/>
              <w:spacing w:after="0" w:before="0" w:line="252" w:lineRule="auto"/>
            </w:pPr>
            <w:r>
              <w:rPr>
                <w:rFonts w:ascii="Arial" w:hAnsi="Arial"/>
                <w:sz w:val="17"/>
              </w:rPr>
              <w:t>Missä tuotetta käytettiin?</w:t>
            </w:r>
          </w:p>
        </w:tc>
        <w:tc>
          <w:tcPr>
            <w:tcW w:w="6660" w:type="dxa"/>
            <w:vAlign w:val="center"/>
          </w:tcPr>
          <w:p w14:paraId="2BD4641F" w14:textId="493E998D" w:rsidR="00FF1C6F" w:rsidRDefault="00000000">
            <w:pPr>
              <w:spacing w:after="0" w:before="0" w:line="252" w:lineRule="auto"/>
            </w:pPr>
            <w:proofErr w:type="gramStart"/>
            <w:proofErr w:type="gramEnd"/>
            <w:proofErr w:type="gramStart"/>
            <w:proofErr w:type="gramEnd"/>
            <w:proofErr w:type="gramStart"/>
            <w:proofErr w:type="gramEnd"/>
            <w:proofErr w:type="gramStart"/>
            <w:proofErr w:type="gramEnd"/>
            <w:proofErr w:type="gramStart"/>
            <w:proofErr w:type="gramEnd"/>
            <w:proofErr w:type="gramStart"/>
            <w:proofErr w:type="gramEnd"/>
            <w:proofErr w:type="gramStart"/>
            <w:proofErr w:type="gramEnd"/>
            <w:proofErr w:type="gramStart"/>
            <w:proofErr w:type="gramEnd"/>
            <w:proofErr w:type="gramStart"/>
            <w:proofErr w:type="gramEnd"/>
            <w:proofErr w:type="gramStart"/>
            <w:proofErr w:type="gramEnd"/>
            <w:proofErr w:type="gramStart"/>
            <w:proofErr w:type="gramEnd"/>
            <w:r>
              <w:rPr>
                <w:rFonts w:ascii="Arial" w:hAnsi="Arial"/>
                <w:sz w:val="16"/>
              </w:rPr>
              <w:t>[     ] Koti    [     ] Seura / joukkue</w:t>
              <w:br/>
              <w:t>[     ] Harjoitusleiri    [     ] Showroom / demo</w:t>
              <w:br/>
              <w:t>[     ] Ulkona    [     ] Muu</w:t>
            </w:r>
          </w:p>
        </w:tc>
      </w:tr>
      <w:tr w:rsidR="00FF1C6F" w14:paraId="74D0E703" w14:textId="77777777">
        <w:tc>
          <w:tcPr>
            <w:tcW w:w="2700" w:type="dxa"/>
            <w:shd w:val="clear" w:color="auto" w:fill="F2F4F7"/>
            <w:vAlign w:val="center"/>
          </w:tcPr>
          <w:p w14:paraId="5ADCB523" w14:textId="77777777" w:rsidR="00FF1C6F" w:rsidRDefault="00000000">
            <w:pPr>
              <w:pStyle w:val="FieldLabel"/>
              <w:spacing w:after="0" w:before="0" w:line="252" w:lineRule="auto"/>
            </w:pPr>
            <w:r>
              <w:rPr>
                <w:rFonts w:ascii="Arial" w:hAnsi="Arial"/>
                <w:sz w:val="17"/>
              </w:rPr>
              <w:t>Asennusalusta</w:t>
            </w:r>
          </w:p>
        </w:tc>
        <w:tc>
          <w:tcPr>
            <w:tcW w:w="6660" w:type="dxa"/>
            <w:vAlign w:val="center"/>
          </w:tcPr>
          <w:p w14:paraId="601DDDC0" w14:textId="77777777" w:rsidR="00FF1C6F" w:rsidRDefault="00FF1C6F">
            <w:pPr>
              <w:spacing w:after="0" w:before="0" w:line="252" w:lineRule="auto"/>
            </w:pPr>
          </w:p>
        </w:tc>
      </w:tr>
      <w:tr w:rsidR="00FF1C6F" w14:paraId="572D0A29" w14:textId="77777777">
        <w:tc>
          <w:tcPr>
            <w:tcW w:w="2700" w:type="dxa"/>
            <w:shd w:val="clear" w:color="auto" w:fill="F2F4F7"/>
            <w:vAlign w:val="center"/>
          </w:tcPr>
          <w:p w14:paraId="0D3B5D3F" w14:textId="77777777" w:rsidR="00FF1C6F" w:rsidRDefault="00000000">
            <w:pPr>
              <w:pStyle w:val="FieldLabel"/>
              <w:spacing w:after="0" w:before="0" w:line="252" w:lineRule="auto"/>
            </w:pPr>
            <w:proofErr w:type="gramStart"/>
            <w:proofErr w:type="gramEnd"/>
            <w:r>
              <w:rPr>
                <w:rFonts w:ascii="Arial" w:hAnsi="Arial"/>
                <w:sz w:val="17"/>
              </w:rPr>
              <w:t>Sisällä vai ulkona</w:t>
            </w:r>
          </w:p>
        </w:tc>
        <w:tc>
          <w:tcPr>
            <w:tcW w:w="6660" w:type="dxa"/>
            <w:vAlign w:val="center"/>
          </w:tcPr>
          <w:p w14:paraId="3974F6CE" w14:textId="77777777" w:rsidR="00FF1C6F" w:rsidRDefault="00FF1C6F">
            <w:pPr>
              <w:spacing w:after="0" w:before="0" w:line="252" w:lineRule="auto"/>
            </w:pPr>
          </w:p>
        </w:tc>
      </w:tr>
      <w:tr w:rsidR="00FF1C6F" w14:paraId="69948344" w14:textId="77777777">
        <w:tc>
          <w:tcPr>
            <w:tcW w:w="2700" w:type="dxa"/>
            <w:shd w:val="clear" w:color="auto" w:fill="F2F4F7"/>
            <w:vAlign w:val="center"/>
          </w:tcPr>
          <w:p w14:paraId="75EBB21D" w14:textId="77777777" w:rsidR="00FF1C6F" w:rsidRDefault="00000000">
            <w:pPr>
              <w:pStyle w:val="FieldLabel"/>
              <w:spacing w:after="0" w:before="0" w:line="252" w:lineRule="auto"/>
            </w:pPr>
            <w:r>
              <w:rPr>
                <w:rFonts w:ascii="Arial" w:hAnsi="Arial"/>
                <w:sz w:val="17"/>
              </w:rPr>
              <w:t>Tavanomainen käyttötapa</w:t>
            </w:r>
          </w:p>
        </w:tc>
        <w:tc>
          <w:tcPr>
            <w:tcW w:w="6660" w:type="dxa"/>
            <w:vAlign w:val="center"/>
          </w:tcPr>
          <w:p w14:paraId="6E1CFFF6" w14:textId="77777777" w:rsidR="00FF1C6F" w:rsidRDefault="00FF1C6F">
            <w:pPr>
              <w:spacing w:after="0" w:before="0" w:line="252" w:lineRule="auto"/>
            </w:pPr>
          </w:p>
        </w:tc>
      </w:tr>
      <w:tr w:rsidR="00FF1C6F" w14:paraId="1FDD7FA5" w14:textId="77777777">
        <w:tc>
          <w:tcPr>
            <w:tcW w:w="2700" w:type="dxa"/>
            <w:shd w:val="clear" w:color="auto" w:fill="F2F4F7"/>
            <w:vAlign w:val="center"/>
          </w:tcPr>
          <w:p w14:paraId="017CAE22" w14:textId="77777777" w:rsidR="00FF1C6F" w:rsidRDefault="00000000">
            <w:pPr>
              <w:pStyle w:val="FieldLabel"/>
              <w:spacing w:after="0" w:before="0" w:line="252" w:lineRule="auto"/>
            </w:pPr>
            <w:r>
              <w:rPr>
                <w:rFonts w:ascii="Arial" w:hAnsi="Arial"/>
                <w:sz w:val="17"/>
              </w:rPr>
              <w:t>Tapahtuiko ennen ongelman ilmenemistä jotakin poikkeavaa?</w:t>
            </w:r>
          </w:p>
        </w:tc>
        <w:tc>
          <w:tcPr>
            <w:tcW w:w="6660" w:type="dxa"/>
            <w:vAlign w:val="center"/>
          </w:tcPr>
          <w:p w14:paraId="27310D71" w14:textId="77777777" w:rsidR="00FF1C6F" w:rsidRDefault="00FF1C6F">
            <w:pPr>
              <w:spacing w:after="0" w:before="0" w:line="252" w:lineRule="auto"/>
            </w:pPr>
          </w:p>
        </w:tc>
      </w:tr>
    </w:tbl>
    <w:p w14:paraId="0F76A8E2" w14:textId="77777777" w:rsidR="00FF1C6F" w:rsidRDefault="00FF1C6F"/>
    <w:p w14:paraId="5639B051" w14:textId="77777777" w:rsidR="00FF1C6F" w:rsidRDefault="00000000">
      <w:pPr>
        <w:pStyle w:val="Heading1"/>
      </w:pPr>
      <w:r>
        <w:rPr>
          <w:rFonts w:ascii="Arial" w:hAnsi="Arial"/>
          <w:b/>
          <w:sz w:val="22"/>
        </w:rPr>
        <w:t>4. Toivottu käsittely</w:t>
      </w:r>
    </w:p>
    <w:tbl>
      <w:tblPr>
        <w:tblW w:w="0" w:type="auto"/>
        <w:tblBorders>
          <w:top w:val="single" w:sz="6" w:space="0" w:color="C7CDD4"/>
          <w:left w:val="single" w:sz="6" w:space="0" w:color="C7CDD4"/>
          <w:bottom w:val="single" w:sz="6" w:space="0" w:color="C7CDD4"/>
          <w:right w:val="single" w:sz="6" w:space="0" w:color="C7CDD4"/>
          <w:insideH w:val="single" w:sz="6" w:space="0" w:color="C7CDD4"/>
          <w:insideV w:val="single" w:sz="6" w:space="0" w:color="C7CDD4"/>
        </w:tblBorders>
        <w:tblLayout w:type="fixed"/>
        <w:tblLook w:val="04A0" w:firstRow="1" w:lastRow="0" w:firstColumn="1" w:lastColumn="0" w:noHBand="0" w:noVBand="1"/>
      </w:tblPr>
      <w:tblGrid>
        <w:gridCol w:w="2700"/>
        <w:gridCol w:w="6660"/>
      </w:tblGrid>
      <w:tr w:rsidR="00FF1C6F" w14:paraId="333C8119" w14:textId="77777777">
        <w:tc>
          <w:tcPr>
            <w:tcW w:w="2700" w:type="dxa"/>
            <w:shd w:val="clear" w:color="auto" w:fill="F2F4F7"/>
            <w:vAlign w:val="center"/>
          </w:tcPr>
          <w:p w14:paraId="7E2DFD2F" w14:textId="77777777" w:rsidR="00FF1C6F" w:rsidRDefault="00000000">
            <w:pPr>
              <w:pStyle w:val="FieldLabel"/>
              <w:spacing w:after="0" w:before="0" w:line="252" w:lineRule="auto"/>
            </w:pPr>
            <w:r>
              <w:rPr>
                <w:rFonts w:ascii="Arial" w:hAnsi="Arial"/>
                <w:sz w:val="17"/>
              </w:rPr>
              <w:t>Toivottu käsittely</w:t>
            </w:r>
          </w:p>
        </w:tc>
        <w:tc>
          <w:tcPr>
            <w:tcW w:w="6660" w:type="dxa"/>
            <w:vAlign w:val="center"/>
          </w:tcPr>
          <w:p w14:paraId="4556EFDB" w14:textId="02C1C3E5" w:rsidR="00FF1C6F" w:rsidRDefault="00000000">
            <w:pPr>
              <w:spacing w:after="0" w:before="0" w:line="252" w:lineRule="auto"/>
            </w:pPr>
            <w:proofErr w:type="gramStart"/>
            <w:proofErr w:type="gramEnd"/>
            <w:proofErr w:type="gramStart"/>
            <w:proofErr w:type="gramEnd"/>
            <w:proofErr w:type="gramStart"/>
            <w:proofErr w:type="gramEnd"/>
            <w:proofErr w:type="gramStart"/>
            <w:proofErr w:type="gramEnd"/>
            <w:proofErr w:type="gramStart"/>
            <w:proofErr w:type="gramEnd"/>
            <w:proofErr w:type="gramStart"/>
            <w:proofErr w:type="gramEnd"/>
            <w:proofErr w:type="gramStart"/>
            <w:proofErr w:type="gramEnd"/>
            <w:proofErr w:type="gramStart"/>
            <w:proofErr w:type="gramEnd"/>
            <w:proofErr w:type="gramStart"/>
            <w:proofErr w:type="gramEnd"/>
            <w:r>
              <w:rPr>
                <w:rFonts w:ascii="Arial" w:hAnsi="Arial"/>
                <w:sz w:val="16"/>
              </w:rPr>
              <w:t>[     ] Korvaava(t) paneeli(t)</w:t>
              <w:br/>
              <w:t>[     ] Tekninen arviointi</w:t>
              <w:br/>
              <w:t>[     ] Hyvityksen / osittaisen hyvityksen arviointi</w:t>
              <w:br/>
              <w:t>[     ] Kuljetusvaurion arviointi</w:t>
              <w:br/>
              <w:t>[     ] Muu tuki</w:t>
            </w:r>
          </w:p>
        </w:tc>
      </w:tr>
    </w:tbl>
    <w:p w14:paraId="07A5FD07" w14:textId="77777777" w:rsidR="00FF1C6F" w:rsidRDefault="00000000">
      <w:pPr>
        <w:pStyle w:val="Heading1"/>
      </w:pPr>
      <w:r>
        <w:rPr>
          <w:rFonts w:ascii="Arial" w:hAnsi="Arial"/>
          <w:b/>
          <w:sz w:val="22"/>
        </w:rPr>
        <w:t>5. Ongelmatyypin tarkistuslista</w:t>
      </w:r>
    </w:p>
    <w:p w14:paraId="05E8AAE5" w14:textId="1A351953" w:rsidR="00FF1C6F" w:rsidRDefault="00000000">
      <w:pPr/>
      <w:proofErr w:type="gramStart"/>
      <w:proofErr w:type="gramEnd"/>
      <w:r>
        <w:rPr>
          <w:rFonts w:ascii="Arial" w:hAnsi="Arial"/>
          <w:sz w:val="18"/>
        </w:rPr>
        <w:t>[        ] Kuljetusvaurio</w:t>
      </w:r>
    </w:p>
    <w:p w14:paraId="49F0D341" w14:textId="76FB672C" w:rsidR="00FF1C6F" w:rsidRDefault="00000000">
      <w:pPr/>
      <w:proofErr w:type="gramStart"/>
      <w:proofErr w:type="gramEnd"/>
      <w:r>
        <w:rPr>
          <w:rFonts w:ascii="Arial" w:hAnsi="Arial"/>
          <w:sz w:val="18"/>
        </w:rPr>
        <w:t>[        ] Halkeama tai rikkoutuminen</w:t>
      </w:r>
    </w:p>
    <w:p w14:paraId="36E54A11" w14:textId="39031C41" w:rsidR="00FF1C6F" w:rsidRDefault="00000000">
      <w:pPr/>
      <w:proofErr w:type="gramStart"/>
      <w:proofErr w:type="gramEnd"/>
      <w:r>
        <w:rPr>
          <w:rFonts w:ascii="Arial" w:hAnsi="Arial"/>
          <w:sz w:val="18"/>
        </w:rPr>
        <w:t>[        ] Poikkeava jauhautuminen tai hilseily</w:t>
      </w:r>
    </w:p>
    <w:p w14:paraId="155745C5" w14:textId="3F36322F" w:rsidR="00FF1C6F" w:rsidRDefault="00000000">
      <w:pPr/>
      <w:proofErr w:type="gramStart"/>
      <w:proofErr w:type="gramEnd"/>
      <w:r>
        <w:rPr>
          <w:rFonts w:ascii="Arial" w:hAnsi="Arial"/>
          <w:sz w:val="18"/>
        </w:rPr>
        <w:t>[        ] Vääntyminen tai muodonmuutos</w:t>
      </w:r>
    </w:p>
    <w:p w14:paraId="501C5701" w14:textId="585CD14F" w:rsidR="00FF1C6F" w:rsidRDefault="00000000">
      <w:pPr/>
      <w:proofErr w:type="gramStart"/>
      <w:proofErr w:type="gramEnd"/>
      <w:r>
        <w:rPr>
          <w:rFonts w:ascii="Arial" w:hAnsi="Arial"/>
          <w:sz w:val="18"/>
        </w:rPr>
        <w:t>[        ] Liitos- tai lukitusongelma</w:t>
      </w:r>
    </w:p>
    <w:p w14:paraId="6A42A34B" w14:textId="72A031BA" w:rsidR="00FF1C6F" w:rsidRDefault="00000000">
      <w:pPr/>
      <w:proofErr w:type="gramStart"/>
      <w:proofErr w:type="gramEnd"/>
      <w:r>
        <w:rPr>
          <w:rFonts w:ascii="Arial" w:hAnsi="Arial"/>
          <w:sz w:val="18"/>
        </w:rPr>
        <w:t>[        ] Pinnan kulumiseen liittyvä huoli</w:t>
      </w:r>
    </w:p>
    <w:p w14:paraId="197F5D99" w14:textId="59A16140" w:rsidR="00FF1C6F" w:rsidRDefault="00000000">
      <w:pPr/>
      <w:proofErr w:type="gramStart"/>
      <w:proofErr w:type="gramEnd"/>
      <w:r>
        <w:rPr>
          <w:rFonts w:ascii="Arial" w:hAnsi="Arial"/>
          <w:sz w:val="18"/>
        </w:rPr>
        <w:t>[        ] Puuttuva tai väärä tuote</w:t>
      </w:r>
    </w:p>
    <w:p w14:paraId="463678E5" w14:textId="2A8BD750" w:rsidR="00FF1C6F" w:rsidRDefault="00000000">
      <w:pPr/>
      <w:proofErr w:type="gramStart"/>
      <w:proofErr w:type="gramEnd"/>
      <w:r>
        <w:rPr>
          <w:rFonts w:ascii="Arial" w:hAnsi="Arial"/>
          <w:sz w:val="18"/>
        </w:rPr>
        <w:t>[        ] Muu</w:t>
      </w:r>
    </w:p>
    <w:p w14:paraId="32C8B984" w14:textId="77777777" w:rsidR="00FF1C6F" w:rsidRDefault="00000000">
      <w:pPr>
        <w:pStyle w:val="Heading1"/>
      </w:pPr>
      <w:r>
        <w:rPr>
          <w:rFonts w:ascii="Arial" w:hAnsi="Arial"/>
          <w:b/>
          <w:sz w:val="22"/>
        </w:rPr>
        <w:t>6. Valokuvat tai liitteet</w:t>
      </w:r>
    </w:p>
    <w:p w14:paraId="5981CC00" w14:textId="77777777" w:rsidR="00FF1C6F" w:rsidRDefault="00000000">
      <w:pPr/>
      <w:r>
        <w:rPr>
          <w:rFonts w:ascii="Arial" w:hAnsi="Arial"/>
          <w:sz w:val="18"/>
        </w:rPr>
        <w:t>Liitä mukaan selkeät valokuvat kyseisestä alueesta.</w:t>
      </w:r>
    </w:p>
    <w:p w14:paraId="637C0E0A" w14:textId="77777777" w:rsidR="00FF1C6F" w:rsidRDefault="00000000">
      <w:pPr/>
      <w:r>
        <w:rPr>
          <w:rFonts w:ascii="Arial" w:hAnsi="Arial"/>
          <w:sz w:val="18"/>
        </w:rPr>
        <w:t>Tarvittaessa liitä myös laajempia kuvia, joista näkyy koko asennus tai käyttöalue.</w:t>
      </w:r>
    </w:p>
    <w:p w14:paraId="29338102" w14:textId="77777777" w:rsidR="00FF1C6F" w:rsidRDefault="00000000">
      <w:pPr/>
      <w:r>
        <w:rPr>
          <w:rFonts w:ascii="Arial" w:hAnsi="Arial"/>
          <w:sz w:val="18"/>
        </w:rPr>
        <w:t>Liitä lyhyt video, jos se auttaa selittämään liikettä, vääntymistä tai liitosongelmia.</w:t>
      </w:r>
    </w:p>
    <w:p w14:paraId="37E8E85E" w14:textId="77777777" w:rsidR="00FF1C6F" w:rsidRDefault="00000000">
      <w:pPr>
        <w:pStyle w:val="Heading1"/>
      </w:pPr>
      <w:r>
        <w:rPr>
          <w:rFonts w:ascii="Arial" w:hAnsi="Arial"/>
          <w:b/>
          <w:sz w:val="22"/>
        </w:rPr>
        <w:t>7. Vahvistus</w:t>
      </w:r>
    </w:p>
    <w:p w14:paraId="7D27324A" w14:textId="77777777" w:rsidR="00FF1C6F" w:rsidRDefault="00000000">
      <w:pPr/>
      <w:r>
        <w:rPr>
          <w:rFonts w:ascii="Arial" w:hAnsi="Arial"/>
          <w:sz w:val="18"/>
        </w:rPr>
        <w:t>Vahvistan, että yllä antamani tiedot ovat parhaan tietoni mukaan oikeita. Ymmärrän, että minua voidaan pyytää säilyttämään kyseinen paneeli tai paneelit tarkastusta varten ja että asia käsitellään sovellettavien takuuehtojen ja pakottavien kuluttajansuojaa koskevien sääntöjen mukaisesti.</w:t>
      </w:r>
    </w:p>
    <w:tbl>
      <w:tblPr>
        <w:tblW w:w="0" w:type="auto"/>
        <w:tblBorders>
          <w:top w:val="single" w:sz="6" w:space="0" w:color="C7CDD4"/>
          <w:left w:val="single" w:sz="6" w:space="0" w:color="C7CDD4"/>
          <w:bottom w:val="single" w:sz="6" w:space="0" w:color="C7CDD4"/>
          <w:right w:val="single" w:sz="6" w:space="0" w:color="C7CDD4"/>
          <w:insideH w:val="single" w:sz="6" w:space="0" w:color="C7CDD4"/>
          <w:insideV w:val="single" w:sz="6" w:space="0" w:color="C7CDD4"/>
        </w:tblBorders>
        <w:tblLayout w:type="fixed"/>
        <w:tblLook w:val="04A0" w:firstRow="1" w:lastRow="0" w:firstColumn="1" w:lastColumn="0" w:noHBand="0" w:noVBand="1"/>
      </w:tblPr>
      <w:tblGrid>
        <w:gridCol w:w="2200"/>
        <w:gridCol w:w="7160"/>
      </w:tblGrid>
      <w:tr w:rsidR="00FF1C6F" w14:paraId="7293EBDF" w14:textId="77777777">
        <w:tc>
          <w:tcPr>
            <w:tcW w:w="2200" w:type="dxa"/>
            <w:shd w:val="clear" w:color="auto" w:fill="F2F4F7"/>
            <w:vAlign w:val="center"/>
          </w:tcPr>
          <w:p w14:paraId="63C14069" w14:textId="77777777" w:rsidR="00FF1C6F" w:rsidRDefault="00000000">
            <w:pPr>
              <w:pStyle w:val="FieldLabel"/>
              <w:spacing w:before="0" w:after="0" w:line="252" w:lineRule="auto"/>
            </w:pPr>
            <w:r>
              <w:rPr>
                <w:rFonts w:ascii="Arial" w:hAnsi="Arial"/>
                <w:sz w:val="17"/>
              </w:rPr>
              <w:t>Nimi</w:t>
            </w:r>
          </w:p>
        </w:tc>
        <w:tc>
          <w:tcPr>
            <w:tcW w:w="7160" w:type="dxa"/>
            <w:vAlign w:val="center"/>
          </w:tcPr>
          <w:p w14:paraId="07D0DBFB" w14:textId="77777777" w:rsidR="00FF1C6F" w:rsidRDefault="00FF1C6F">
            <w:pPr>
              <w:spacing w:before="0" w:after="0" w:line="252" w:lineRule="auto"/>
            </w:pPr>
          </w:p>
        </w:tc>
      </w:tr>
      <w:tr w:rsidR="00FF1C6F" w14:paraId="77B192D2" w14:textId="77777777">
        <w:tc>
          <w:tcPr>
            <w:tcW w:w="2200" w:type="dxa"/>
            <w:shd w:val="clear" w:color="auto" w:fill="F2F4F7"/>
            <w:vAlign w:val="center"/>
          </w:tcPr>
          <w:p w14:paraId="2FCCB2FD" w14:textId="77777777" w:rsidR="00FF1C6F" w:rsidRDefault="00000000">
            <w:pPr>
              <w:pStyle w:val="FieldLabel"/>
              <w:spacing w:before="0" w:after="0" w:line="252" w:lineRule="auto"/>
            </w:pPr>
            <w:r>
              <w:rPr>
                <w:rFonts w:ascii="Arial" w:hAnsi="Arial"/>
                <w:sz w:val="17"/>
              </w:rPr>
              <w:t>Päivämäärä</w:t>
            </w:r>
          </w:p>
        </w:tc>
        <w:tc>
          <w:tcPr>
            <w:tcW w:w="7160" w:type="dxa"/>
            <w:vAlign w:val="center"/>
          </w:tcPr>
          <w:p w14:paraId="5AFB59D1" w14:textId="77777777" w:rsidR="00FF1C6F" w:rsidRDefault="00FF1C6F">
            <w:pPr>
              <w:spacing w:before="0" w:after="0" w:line="252" w:lineRule="auto"/>
            </w:pPr>
          </w:p>
        </w:tc>
      </w:tr>
      <w:tr w:rsidR="00FF1C6F" w14:paraId="45A4403E" w14:textId="77777777">
        <w:tc>
          <w:tcPr>
            <w:tcW w:w="2200" w:type="dxa"/>
            <w:shd w:val="clear" w:color="auto" w:fill="F2F4F7"/>
            <w:vAlign w:val="center"/>
          </w:tcPr>
          <w:p w14:paraId="725A71B4" w14:textId="77777777" w:rsidR="00FF1C6F" w:rsidRDefault="00000000">
            <w:pPr>
              <w:pStyle w:val="FieldLabel"/>
              <w:spacing w:before="0" w:after="0" w:line="252" w:lineRule="auto"/>
            </w:pPr>
            <w:r>
              <w:rPr>
                <w:rFonts w:ascii="Arial" w:hAnsi="Arial"/>
                <w:sz w:val="17"/>
              </w:rPr>
              <w:t>Allekirjoitus</w:t>
            </w:r>
          </w:p>
        </w:tc>
        <w:tc>
          <w:tcPr>
            <w:tcW w:w="7160" w:type="dxa"/>
            <w:vAlign w:val="center"/>
          </w:tcPr>
          <w:p w14:paraId="12C90A7E" w14:textId="77777777" w:rsidR="00FF1C6F" w:rsidRDefault="00FF1C6F">
            <w:pPr>
              <w:spacing w:before="0" w:after="0" w:line="252" w:lineRule="auto"/>
            </w:pPr>
          </w:p>
        </w:tc>
      </w:tr>
    </w:tbl>
    <w:p w14:paraId="49415467" w14:textId="77777777" w:rsidR="006922C1" w:rsidRDefault="006922C1"/>
    <w:sectPr w:rsidR="006922C1" w:rsidSect="00034616">
      <w:headerReference w:type="default" r:id="rId8"/>
      <w:footerReference w:type="default" r:id="rId9"/>
      <w:headerReference w:type="first" r:id="rId12"/>
      <w:headerReference w:type="even" r:id="rId13"/>
      <w:footerReference w:type="first" r:id="rId14"/>
      <w:footerReference w:type="even" r:id="rId1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63C7B" w14:textId="77777777" w:rsidR="00031FDC" w:rsidRDefault="00031FDC">
      <w:pPr>
        <w:spacing w:after="0" w:line="240" w:lineRule="auto"/>
      </w:pPr>
      <w:r>
        <w:separator/>
      </w:r>
    </w:p>
  </w:endnote>
  <w:endnote w:type="continuationSeparator" w:id="0">
    <w:p w14:paraId="231BDEA8" w14:textId="77777777" w:rsidR="00031FDC" w:rsidRDefault="00031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A5D3" w14:textId="77777777" w:rsidR="00FF1C6F" w:rsidRDefault="00000000">
    <w:pPr>
      <w:pStyle w:val="Footer"/>
      <w:spacing w:before="60"/>
      <w:jc w:val="right"/>
    </w:pPr>
    <w:r>
      <w:rPr>
        <w:rFonts w:ascii="Arial" w:hAnsi="Arial"/>
        <w:color w:val="595959"/>
        <w:sz w:val="18"/>
      </w:rPr>
      <w:t xml:space="preserve">Sivu </w:t>
    </w:r>
    <w:r>
      <w:rPr>
        <w:rFonts w:ascii="Arial" w:hAnsi="Arial"/>
        <w:color w:val="595959"/>
        <w:sz w:val="18"/>
      </w:rPr>
      <w:fldChar w:fldCharType="begin"/>
    </w:r>
    <w:r>
      <w:rPr>
        <w:rFonts w:ascii="Arial" w:hAnsi="Arial"/>
        <w:color w:val="595959"/>
        <w:sz w:val="18"/>
      </w:rPr>
      <w:instrText xml:space="preserve"> PAGE </w:instrText>
    </w:r>
    <w:r>
      <w:rPr>
        <w:rFonts w:ascii="Arial" w:hAnsi="Arial"/>
        <w:color w:val="595959"/>
        <w:sz w:val="18"/>
      </w:rPr>
      <w:fldChar w:fldCharType="separate"/>
    </w:r>
    <w:r w:rsidR="00A47FDE">
      <w:rPr>
        <w:rFonts w:ascii="Arial" w:hAnsi="Arial"/>
        <w:noProof/>
        <w:color w:val="595959"/>
        <w:sz w:val="18"/>
      </w:rPr>
      <w:t>1</w:t>
    </w:r>
    <w:r>
      <w:rPr>
        <w:rFonts w:ascii="Arial" w:hAnsi="Arial"/>
        <w:color w:val="595959"/>
        <w:sz w:val="18"/>
      </w:rP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0F9B8" w14:textId="77777777" w:rsidR="00031FDC" w:rsidRDefault="00031FDC">
      <w:pPr>
        <w:spacing w:after="0" w:line="240" w:lineRule="auto"/>
      </w:pPr>
      <w:r>
        <w:separator/>
      </w:r>
    </w:p>
  </w:footnote>
  <w:footnote w:type="continuationSeparator" w:id="0">
    <w:p w14:paraId="70D5C956" w14:textId="77777777" w:rsidR="00031FDC" w:rsidRDefault="00031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8ADAC" w14:textId="77777777" w:rsidR="00FF1C6F" w:rsidRDefault="00000000">
    <w:pPr>
      <w:pStyle w:val="Header"/>
      <w:spacing w:after="0" w:before="0" w:line="252" w:lineRule="auto"/>
    </w:pPr>
    <w:r>
      <w:rPr>
        <w:rFonts w:ascii="Arial" w:hAnsi="Arial"/>
        <w:sz w:val="18"/>
      </w:rPr>
      <w:t>Tuoteongelman ilmoituslomake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7839397">
    <w:abstractNumId w:val="8"/>
  </w:num>
  <w:num w:numId="2" w16cid:durableId="945312935">
    <w:abstractNumId w:val="6"/>
  </w:num>
  <w:num w:numId="3" w16cid:durableId="1978144940">
    <w:abstractNumId w:val="5"/>
  </w:num>
  <w:num w:numId="4" w16cid:durableId="1676686661">
    <w:abstractNumId w:val="4"/>
  </w:num>
  <w:num w:numId="5" w16cid:durableId="986590518">
    <w:abstractNumId w:val="7"/>
  </w:num>
  <w:num w:numId="6" w16cid:durableId="1847285068">
    <w:abstractNumId w:val="3"/>
  </w:num>
  <w:num w:numId="7" w16cid:durableId="1099906419">
    <w:abstractNumId w:val="2"/>
  </w:num>
  <w:num w:numId="8" w16cid:durableId="1167868712">
    <w:abstractNumId w:val="1"/>
  </w:num>
  <w:num w:numId="9" w16cid:durableId="673261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1FDC"/>
    <w:rsid w:val="00034616"/>
    <w:rsid w:val="0006063C"/>
    <w:rsid w:val="0015074B"/>
    <w:rsid w:val="0029639D"/>
    <w:rsid w:val="002F193D"/>
    <w:rsid w:val="00326F90"/>
    <w:rsid w:val="005608B1"/>
    <w:rsid w:val="0067728F"/>
    <w:rsid w:val="006922C1"/>
    <w:rsid w:val="00880F9C"/>
    <w:rsid w:val="00A47FDE"/>
    <w:rsid w:val="00AA1D8D"/>
    <w:rsid w:val="00B47730"/>
    <w:rsid w:val="00CB0664"/>
    <w:rsid w:val="00FC693F"/>
    <w:rsid w:val="00FF1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4C4C1C"/>
  <w14:defaultImageDpi w14:val="300"/>
  <w15:docId w15:val="{51E5AD14-94A6-45E4-9BB7-BE2AB141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000000"/>
    </w:rPr>
  </w:style>
  <w:style w:type="paragraph" w:styleId="Heading1">
    <w:name w:val="heading 1"/>
    <w:basedOn w:val="Normal"/>
    <w:next w:val="Normal"/>
    <w:link w:val="Heading1Char"/>
    <w:uiPriority w:val="9"/>
    <w:qFormat/>
    <w:rsid w:val="00FC693F"/>
    <w:pPr>
      <w:keepNext/>
      <w:keepLines/>
      <w:spacing w:before="320" w:after="160" w:line="240" w:lineRule="auto"/>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line="240" w:lineRule="auto"/>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contextualSpacing/>
    </w:pPr>
    <w:rPr>
      <w:rFonts w:asciiTheme="majorHAnsi" w:eastAsiaTheme="majorEastAsia" w:hAnsiTheme="majorHAnsi" w:cstheme="majorBidi"/>
      <w:b/>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i/>
      <w:iCs/>
      <w:color w:val="595959"/>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eldLabel">
    <w:name w:val="Field Label"/>
    <w:basedOn w:val="Normal"/>
    <w:pPr>
      <w:spacing w:after="40" w:line="240" w:lineRule="auto"/>
    </w:pPr>
    <w:rPr>
      <w:b/>
      <w:color w:val="1F4D7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2.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214</Words>
  <Characters>1741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Tuoteongelman ilmoituslomake - FI</dc:title>
  <dc:subject>KARC Hockey Training Floor product issue form, Finnish version</dc:subject>
  <dc:creator>python-docx</dc:creator>
  <cp:keywords/>
  <dc:description>generated by python-docx</dc:description>
  <cp:lastModifiedBy>Yu Wang</cp:lastModifiedBy>
  <cp:revision>3</cp:revision>
  <dcterms:created xsi:type="dcterms:W3CDTF">2026-06-27T17:33:00Z</dcterms:created>
  <dcterms:modified xsi:type="dcterms:W3CDTF">2026-06-27T18:29:00Z</dcterms:modified>
  <cp:category/>
</cp:coreProperties>
</file>