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3BDE7" w14:textId="77777777" w:rsidR="00FF1C6F" w:rsidRDefault="00000000">
      <w:pPr>
        <w:pStyle w:val="Title"/>
      </w:pPr>
      <w:r>
        <w:rPr>
          <w:rFonts w:ascii="Calibri" w:hAnsi="Calibri"/>
        </w:rPr>
        <w:t>Product Issue Form</w:t>
      </w:r>
    </w:p>
    <w:p w14:paraId="08401DA7" w14:textId="77777777" w:rsidR="00FF1C6F" w:rsidRDefault="00000000">
      <w:r>
        <w:t>Please complete the fields you know and attach clear photos. If you are unsure about a question, write Not sure. Clear and complete information helps us review the issue faster.</w:t>
      </w:r>
    </w:p>
    <w:p w14:paraId="1EBE45C5" w14:textId="77777777" w:rsidR="00FF1C6F" w:rsidRDefault="00000000">
      <w:r>
        <w:t>If the affected area may be unsafe, stop using it until the issue has been reviewed. If possible, keep the affected panel or panels available for inspection.</w:t>
      </w:r>
    </w:p>
    <w:p w14:paraId="04874F97" w14:textId="77777777" w:rsidR="00FF1C6F" w:rsidRDefault="00000000">
      <w:pPr>
        <w:pStyle w:val="Heading1"/>
      </w:pPr>
      <w:r>
        <w:rPr>
          <w:rFonts w:ascii="Calibri" w:hAnsi="Calibri"/>
        </w:rPr>
        <w:t>1. Contact and order</w:t>
      </w:r>
    </w:p>
    <w:tbl>
      <w:tblPr>
        <w:tblW w:w="0" w:type="auto"/>
        <w:tblBorders>
          <w:top w:val="single" w:sz="6" w:space="0" w:color="C7CDD4"/>
          <w:left w:val="single" w:sz="6" w:space="0" w:color="C7CDD4"/>
          <w:bottom w:val="single" w:sz="6" w:space="0" w:color="C7CDD4"/>
          <w:right w:val="single" w:sz="6" w:space="0" w:color="C7CDD4"/>
          <w:insideH w:val="single" w:sz="6" w:space="0" w:color="C7CDD4"/>
          <w:insideV w:val="single" w:sz="6" w:space="0" w:color="C7CDD4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FF1C6F" w14:paraId="1DCA74D2" w14:textId="77777777">
        <w:tc>
          <w:tcPr>
            <w:tcW w:w="2700" w:type="dxa"/>
            <w:shd w:val="clear" w:color="auto" w:fill="F2F4F7"/>
            <w:vAlign w:val="center"/>
          </w:tcPr>
          <w:p w14:paraId="56051019" w14:textId="77777777" w:rsidR="00FF1C6F" w:rsidRDefault="00000000">
            <w:pPr>
              <w:pStyle w:val="FieldLabel"/>
              <w:spacing w:after="0"/>
            </w:pPr>
            <w:r>
              <w:t>Full name</w:t>
            </w:r>
          </w:p>
        </w:tc>
        <w:tc>
          <w:tcPr>
            <w:tcW w:w="6660" w:type="dxa"/>
            <w:vAlign w:val="center"/>
          </w:tcPr>
          <w:p w14:paraId="1B476A6C" w14:textId="77777777" w:rsidR="00FF1C6F" w:rsidRDefault="00FF1C6F">
            <w:pPr>
              <w:spacing w:after="0"/>
            </w:pPr>
          </w:p>
        </w:tc>
      </w:tr>
      <w:tr w:rsidR="00FF1C6F" w14:paraId="58E8BEC0" w14:textId="77777777">
        <w:tc>
          <w:tcPr>
            <w:tcW w:w="2700" w:type="dxa"/>
            <w:shd w:val="clear" w:color="auto" w:fill="F2F4F7"/>
            <w:vAlign w:val="center"/>
          </w:tcPr>
          <w:p w14:paraId="7AF06FFB" w14:textId="77777777" w:rsidR="00FF1C6F" w:rsidRDefault="00000000">
            <w:pPr>
              <w:pStyle w:val="FieldLabel"/>
              <w:spacing w:after="0"/>
            </w:pPr>
            <w:r>
              <w:t>Email</w:t>
            </w:r>
          </w:p>
        </w:tc>
        <w:tc>
          <w:tcPr>
            <w:tcW w:w="6660" w:type="dxa"/>
            <w:vAlign w:val="center"/>
          </w:tcPr>
          <w:p w14:paraId="7504EC43" w14:textId="77777777" w:rsidR="00FF1C6F" w:rsidRDefault="00FF1C6F">
            <w:pPr>
              <w:spacing w:after="0"/>
            </w:pPr>
          </w:p>
        </w:tc>
      </w:tr>
      <w:tr w:rsidR="00FF1C6F" w14:paraId="2DAC8945" w14:textId="77777777">
        <w:tc>
          <w:tcPr>
            <w:tcW w:w="2700" w:type="dxa"/>
            <w:shd w:val="clear" w:color="auto" w:fill="F2F4F7"/>
            <w:vAlign w:val="center"/>
          </w:tcPr>
          <w:p w14:paraId="73EAA1B1" w14:textId="77777777" w:rsidR="00FF1C6F" w:rsidRDefault="00000000">
            <w:pPr>
              <w:pStyle w:val="FieldLabel"/>
              <w:spacing w:after="0"/>
            </w:pPr>
            <w:r>
              <w:t>Phone / WhatsApp</w:t>
            </w:r>
          </w:p>
        </w:tc>
        <w:tc>
          <w:tcPr>
            <w:tcW w:w="6660" w:type="dxa"/>
            <w:vAlign w:val="center"/>
          </w:tcPr>
          <w:p w14:paraId="0B49EA41" w14:textId="77777777" w:rsidR="00FF1C6F" w:rsidRDefault="00FF1C6F">
            <w:pPr>
              <w:spacing w:after="0"/>
            </w:pPr>
          </w:p>
        </w:tc>
      </w:tr>
      <w:tr w:rsidR="00FF1C6F" w14:paraId="34A72F12" w14:textId="77777777">
        <w:tc>
          <w:tcPr>
            <w:tcW w:w="2700" w:type="dxa"/>
            <w:shd w:val="clear" w:color="auto" w:fill="F2F4F7"/>
            <w:vAlign w:val="center"/>
          </w:tcPr>
          <w:p w14:paraId="4F1AE4BF" w14:textId="77777777" w:rsidR="00FF1C6F" w:rsidRDefault="00000000">
            <w:pPr>
              <w:pStyle w:val="FieldLabel"/>
              <w:spacing w:after="0"/>
            </w:pPr>
            <w:r>
              <w:t>Order number</w:t>
            </w:r>
          </w:p>
        </w:tc>
        <w:tc>
          <w:tcPr>
            <w:tcW w:w="6660" w:type="dxa"/>
            <w:vAlign w:val="center"/>
          </w:tcPr>
          <w:p w14:paraId="55C65491" w14:textId="77777777" w:rsidR="00FF1C6F" w:rsidRDefault="00FF1C6F">
            <w:pPr>
              <w:spacing w:after="0"/>
            </w:pPr>
          </w:p>
        </w:tc>
      </w:tr>
      <w:tr w:rsidR="00FF1C6F" w14:paraId="2E1E2336" w14:textId="77777777">
        <w:tc>
          <w:tcPr>
            <w:tcW w:w="2700" w:type="dxa"/>
            <w:shd w:val="clear" w:color="auto" w:fill="F2F4F7"/>
            <w:vAlign w:val="center"/>
          </w:tcPr>
          <w:p w14:paraId="0CC58AB4" w14:textId="77777777" w:rsidR="00FF1C6F" w:rsidRDefault="00000000">
            <w:pPr>
              <w:pStyle w:val="FieldLabel"/>
              <w:spacing w:after="0"/>
            </w:pPr>
            <w:r>
              <w:t>Invoice number or proof of purchase</w:t>
            </w:r>
          </w:p>
        </w:tc>
        <w:tc>
          <w:tcPr>
            <w:tcW w:w="6660" w:type="dxa"/>
            <w:vAlign w:val="center"/>
          </w:tcPr>
          <w:p w14:paraId="1166C19B" w14:textId="77777777" w:rsidR="00FF1C6F" w:rsidRDefault="00FF1C6F">
            <w:pPr>
              <w:spacing w:after="0"/>
            </w:pPr>
          </w:p>
        </w:tc>
      </w:tr>
      <w:tr w:rsidR="00FF1C6F" w14:paraId="38099BA1" w14:textId="77777777">
        <w:tc>
          <w:tcPr>
            <w:tcW w:w="2700" w:type="dxa"/>
            <w:shd w:val="clear" w:color="auto" w:fill="F2F4F7"/>
            <w:vAlign w:val="center"/>
          </w:tcPr>
          <w:p w14:paraId="5539A888" w14:textId="77777777" w:rsidR="00FF1C6F" w:rsidRDefault="00000000">
            <w:pPr>
              <w:pStyle w:val="FieldLabel"/>
              <w:spacing w:after="0"/>
            </w:pPr>
            <w:r>
              <w:t>Delivery date</w:t>
            </w:r>
          </w:p>
        </w:tc>
        <w:tc>
          <w:tcPr>
            <w:tcW w:w="6660" w:type="dxa"/>
            <w:vAlign w:val="center"/>
          </w:tcPr>
          <w:p w14:paraId="2003420C" w14:textId="77777777" w:rsidR="00FF1C6F" w:rsidRDefault="00FF1C6F">
            <w:pPr>
              <w:spacing w:after="0"/>
            </w:pPr>
          </w:p>
        </w:tc>
      </w:tr>
    </w:tbl>
    <w:p w14:paraId="63A43E16" w14:textId="77777777" w:rsidR="00FF1C6F" w:rsidRDefault="00FF1C6F"/>
    <w:p w14:paraId="2EEEC096" w14:textId="77777777" w:rsidR="00FF1C6F" w:rsidRDefault="00000000">
      <w:pPr>
        <w:pStyle w:val="Heading1"/>
      </w:pPr>
      <w:r>
        <w:rPr>
          <w:rFonts w:ascii="Calibri" w:hAnsi="Calibri"/>
        </w:rPr>
        <w:t>2. Product and issue</w:t>
      </w:r>
    </w:p>
    <w:tbl>
      <w:tblPr>
        <w:tblW w:w="0" w:type="auto"/>
        <w:tblBorders>
          <w:top w:val="single" w:sz="6" w:space="0" w:color="C7CDD4"/>
          <w:left w:val="single" w:sz="6" w:space="0" w:color="C7CDD4"/>
          <w:bottom w:val="single" w:sz="6" w:space="0" w:color="C7CDD4"/>
          <w:right w:val="single" w:sz="6" w:space="0" w:color="C7CDD4"/>
          <w:insideH w:val="single" w:sz="6" w:space="0" w:color="C7CDD4"/>
          <w:insideV w:val="single" w:sz="6" w:space="0" w:color="C7CDD4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FF1C6F" w14:paraId="6536C6ED" w14:textId="77777777">
        <w:tc>
          <w:tcPr>
            <w:tcW w:w="2700" w:type="dxa"/>
            <w:shd w:val="clear" w:color="auto" w:fill="F2F4F7"/>
            <w:vAlign w:val="center"/>
          </w:tcPr>
          <w:p w14:paraId="185F183B" w14:textId="77777777" w:rsidR="00FF1C6F" w:rsidRDefault="00000000">
            <w:pPr>
              <w:pStyle w:val="FieldLabel"/>
              <w:spacing w:after="0"/>
            </w:pPr>
            <w:r>
              <w:t>Product name</w:t>
            </w:r>
          </w:p>
        </w:tc>
        <w:tc>
          <w:tcPr>
            <w:tcW w:w="6660" w:type="dxa"/>
            <w:vAlign w:val="center"/>
          </w:tcPr>
          <w:p w14:paraId="13314BD4" w14:textId="77777777" w:rsidR="00FF1C6F" w:rsidRDefault="00000000">
            <w:pPr>
              <w:spacing w:after="0"/>
            </w:pPr>
            <w:r>
              <w:t>Hockey Training Floor</w:t>
            </w:r>
          </w:p>
        </w:tc>
      </w:tr>
      <w:tr w:rsidR="00FF1C6F" w14:paraId="5BDBCAD5" w14:textId="77777777">
        <w:tc>
          <w:tcPr>
            <w:tcW w:w="2700" w:type="dxa"/>
            <w:shd w:val="clear" w:color="auto" w:fill="F2F4F7"/>
            <w:vAlign w:val="center"/>
          </w:tcPr>
          <w:p w14:paraId="017A53CF" w14:textId="77777777" w:rsidR="00FF1C6F" w:rsidRDefault="00000000">
            <w:pPr>
              <w:pStyle w:val="FieldLabel"/>
              <w:spacing w:after="0"/>
            </w:pPr>
            <w:r>
              <w:t>Number of affected panels</w:t>
            </w:r>
          </w:p>
        </w:tc>
        <w:tc>
          <w:tcPr>
            <w:tcW w:w="6660" w:type="dxa"/>
            <w:vAlign w:val="center"/>
          </w:tcPr>
          <w:p w14:paraId="4CEDDA48" w14:textId="77777777" w:rsidR="00FF1C6F" w:rsidRDefault="00FF1C6F">
            <w:pPr>
              <w:spacing w:after="0"/>
            </w:pPr>
          </w:p>
        </w:tc>
      </w:tr>
      <w:tr w:rsidR="00FF1C6F" w14:paraId="327F3CA4" w14:textId="77777777">
        <w:tc>
          <w:tcPr>
            <w:tcW w:w="2700" w:type="dxa"/>
            <w:shd w:val="clear" w:color="auto" w:fill="F2F4F7"/>
            <w:vAlign w:val="center"/>
          </w:tcPr>
          <w:p w14:paraId="1A01280B" w14:textId="77777777" w:rsidR="00FF1C6F" w:rsidRDefault="00000000">
            <w:pPr>
              <w:pStyle w:val="FieldLabel"/>
              <w:spacing w:after="0"/>
            </w:pPr>
            <w:r>
              <w:t>When did you first notice the issue?</w:t>
            </w:r>
          </w:p>
        </w:tc>
        <w:tc>
          <w:tcPr>
            <w:tcW w:w="6660" w:type="dxa"/>
            <w:vAlign w:val="center"/>
          </w:tcPr>
          <w:p w14:paraId="3969FF98" w14:textId="77777777" w:rsidR="00FF1C6F" w:rsidRDefault="00FF1C6F">
            <w:pPr>
              <w:spacing w:after="0"/>
            </w:pPr>
          </w:p>
        </w:tc>
      </w:tr>
      <w:tr w:rsidR="00FF1C6F" w14:paraId="45AF43D2" w14:textId="77777777">
        <w:tc>
          <w:tcPr>
            <w:tcW w:w="2700" w:type="dxa"/>
            <w:shd w:val="clear" w:color="auto" w:fill="F2F4F7"/>
            <w:vAlign w:val="center"/>
          </w:tcPr>
          <w:p w14:paraId="564631EC" w14:textId="77777777" w:rsidR="00FF1C6F" w:rsidRDefault="00000000">
            <w:pPr>
              <w:pStyle w:val="FieldLabel"/>
              <w:spacing w:after="0"/>
            </w:pPr>
            <w:r>
              <w:t>Short description of the issue</w:t>
            </w:r>
          </w:p>
        </w:tc>
        <w:tc>
          <w:tcPr>
            <w:tcW w:w="6660" w:type="dxa"/>
            <w:vAlign w:val="center"/>
          </w:tcPr>
          <w:p w14:paraId="5DF61C79" w14:textId="77777777" w:rsidR="00FF1C6F" w:rsidRDefault="00FF1C6F">
            <w:pPr>
              <w:spacing w:after="0"/>
            </w:pPr>
          </w:p>
        </w:tc>
      </w:tr>
    </w:tbl>
    <w:p w14:paraId="6FC99E69" w14:textId="77777777" w:rsidR="00FF1C6F" w:rsidRDefault="00FF1C6F"/>
    <w:p w14:paraId="24CF1B28" w14:textId="77777777" w:rsidR="00FF1C6F" w:rsidRDefault="00000000">
      <w:pPr>
        <w:pStyle w:val="Heading1"/>
      </w:pPr>
      <w:r>
        <w:rPr>
          <w:rFonts w:ascii="Calibri" w:hAnsi="Calibri"/>
        </w:rPr>
        <w:t>3. Use environment</w:t>
      </w:r>
    </w:p>
    <w:tbl>
      <w:tblPr>
        <w:tblW w:w="0" w:type="auto"/>
        <w:tblBorders>
          <w:top w:val="single" w:sz="6" w:space="0" w:color="C7CDD4"/>
          <w:left w:val="single" w:sz="6" w:space="0" w:color="C7CDD4"/>
          <w:bottom w:val="single" w:sz="6" w:space="0" w:color="C7CDD4"/>
          <w:right w:val="single" w:sz="6" w:space="0" w:color="C7CDD4"/>
          <w:insideH w:val="single" w:sz="6" w:space="0" w:color="C7CDD4"/>
          <w:insideV w:val="single" w:sz="6" w:space="0" w:color="C7CDD4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FF1C6F" w14:paraId="0E11C5C4" w14:textId="77777777">
        <w:tc>
          <w:tcPr>
            <w:tcW w:w="2700" w:type="dxa"/>
            <w:shd w:val="clear" w:color="auto" w:fill="F2F4F7"/>
            <w:vAlign w:val="center"/>
          </w:tcPr>
          <w:p w14:paraId="38518E7F" w14:textId="77777777" w:rsidR="00FF1C6F" w:rsidRDefault="00000000">
            <w:pPr>
              <w:pStyle w:val="FieldLabel"/>
              <w:spacing w:after="0"/>
            </w:pPr>
            <w:r>
              <w:t>Where was the product used?</w:t>
            </w:r>
          </w:p>
        </w:tc>
        <w:tc>
          <w:tcPr>
            <w:tcW w:w="6660" w:type="dxa"/>
            <w:vAlign w:val="center"/>
          </w:tcPr>
          <w:p w14:paraId="2BD4641F" w14:textId="77777777" w:rsidR="00FF1C6F" w:rsidRDefault="00000000">
            <w:pPr>
              <w:spacing w:after="0"/>
            </w:pPr>
            <w:proofErr w:type="gramStart"/>
            <w:r>
              <w:t>[ ]</w:t>
            </w:r>
            <w:proofErr w:type="gramEnd"/>
            <w:r>
              <w:t xml:space="preserve"> </w:t>
            </w:r>
            <w:proofErr w:type="gramStart"/>
            <w:r>
              <w:t>Home  [</w:t>
            </w:r>
            <w:proofErr w:type="gramEnd"/>
            <w:r>
              <w:t xml:space="preserve"> ] Club / </w:t>
            </w:r>
            <w:proofErr w:type="gramStart"/>
            <w:r>
              <w:t>team  [</w:t>
            </w:r>
            <w:proofErr w:type="gramEnd"/>
            <w:r>
              <w:t xml:space="preserve"> ] Training </w:t>
            </w:r>
            <w:proofErr w:type="gramStart"/>
            <w:r>
              <w:t>camp  [</w:t>
            </w:r>
            <w:proofErr w:type="gramEnd"/>
            <w:r>
              <w:t xml:space="preserve"> ] Showroom / </w:t>
            </w:r>
            <w:proofErr w:type="gramStart"/>
            <w:r>
              <w:t>demo  [</w:t>
            </w:r>
            <w:proofErr w:type="gramEnd"/>
            <w:r>
              <w:t xml:space="preserve"> ] </w:t>
            </w:r>
            <w:proofErr w:type="gramStart"/>
            <w:r>
              <w:t>Outdoor  [</w:t>
            </w:r>
            <w:proofErr w:type="gramEnd"/>
            <w:r>
              <w:t xml:space="preserve"> ] Other</w:t>
            </w:r>
          </w:p>
        </w:tc>
      </w:tr>
      <w:tr w:rsidR="00FF1C6F" w14:paraId="74D0E703" w14:textId="77777777">
        <w:tc>
          <w:tcPr>
            <w:tcW w:w="2700" w:type="dxa"/>
            <w:shd w:val="clear" w:color="auto" w:fill="F2F4F7"/>
            <w:vAlign w:val="center"/>
          </w:tcPr>
          <w:p w14:paraId="5ADCB523" w14:textId="77777777" w:rsidR="00FF1C6F" w:rsidRDefault="00000000">
            <w:pPr>
              <w:pStyle w:val="FieldLabel"/>
              <w:spacing w:after="0"/>
            </w:pPr>
            <w:r>
              <w:t>Installation surface</w:t>
            </w:r>
          </w:p>
        </w:tc>
        <w:tc>
          <w:tcPr>
            <w:tcW w:w="6660" w:type="dxa"/>
            <w:vAlign w:val="center"/>
          </w:tcPr>
          <w:p w14:paraId="601DDDC0" w14:textId="77777777" w:rsidR="00FF1C6F" w:rsidRDefault="00FF1C6F">
            <w:pPr>
              <w:spacing w:after="0"/>
            </w:pPr>
          </w:p>
        </w:tc>
      </w:tr>
      <w:tr w:rsidR="00FF1C6F" w14:paraId="572D0A29" w14:textId="77777777">
        <w:tc>
          <w:tcPr>
            <w:tcW w:w="2700" w:type="dxa"/>
            <w:shd w:val="clear" w:color="auto" w:fill="F2F4F7"/>
            <w:vAlign w:val="center"/>
          </w:tcPr>
          <w:p w14:paraId="0D3B5D3F" w14:textId="77777777" w:rsidR="00FF1C6F" w:rsidRDefault="00000000">
            <w:pPr>
              <w:pStyle w:val="FieldLabel"/>
              <w:spacing w:after="0"/>
            </w:pPr>
            <w:proofErr w:type="gramStart"/>
            <w:r>
              <w:t>Indoor</w:t>
            </w:r>
            <w:proofErr w:type="gramEnd"/>
            <w:r>
              <w:t xml:space="preserve"> or outdoor</w:t>
            </w:r>
          </w:p>
        </w:tc>
        <w:tc>
          <w:tcPr>
            <w:tcW w:w="6660" w:type="dxa"/>
            <w:vAlign w:val="center"/>
          </w:tcPr>
          <w:p w14:paraId="3974F6CE" w14:textId="77777777" w:rsidR="00FF1C6F" w:rsidRDefault="00FF1C6F">
            <w:pPr>
              <w:spacing w:after="0"/>
            </w:pPr>
          </w:p>
        </w:tc>
      </w:tr>
      <w:tr w:rsidR="00FF1C6F" w14:paraId="69948344" w14:textId="77777777">
        <w:tc>
          <w:tcPr>
            <w:tcW w:w="2700" w:type="dxa"/>
            <w:shd w:val="clear" w:color="auto" w:fill="F2F4F7"/>
            <w:vAlign w:val="center"/>
          </w:tcPr>
          <w:p w14:paraId="75EBB21D" w14:textId="77777777" w:rsidR="00FF1C6F" w:rsidRDefault="00000000">
            <w:pPr>
              <w:pStyle w:val="FieldLabel"/>
              <w:spacing w:after="0"/>
            </w:pPr>
            <w:r>
              <w:t>Normal type of use</w:t>
            </w:r>
          </w:p>
        </w:tc>
        <w:tc>
          <w:tcPr>
            <w:tcW w:w="6660" w:type="dxa"/>
            <w:vAlign w:val="center"/>
          </w:tcPr>
          <w:p w14:paraId="6E1CFFF6" w14:textId="77777777" w:rsidR="00FF1C6F" w:rsidRDefault="00FF1C6F">
            <w:pPr>
              <w:spacing w:after="0"/>
            </w:pPr>
          </w:p>
        </w:tc>
      </w:tr>
      <w:tr w:rsidR="00FF1C6F" w14:paraId="1FDD7FA5" w14:textId="77777777">
        <w:tc>
          <w:tcPr>
            <w:tcW w:w="2700" w:type="dxa"/>
            <w:shd w:val="clear" w:color="auto" w:fill="F2F4F7"/>
            <w:vAlign w:val="center"/>
          </w:tcPr>
          <w:p w14:paraId="017CAE22" w14:textId="77777777" w:rsidR="00FF1C6F" w:rsidRDefault="00000000">
            <w:pPr>
              <w:pStyle w:val="FieldLabel"/>
              <w:spacing w:after="0"/>
            </w:pPr>
            <w:r>
              <w:t>Any unusual event before the issue appeared</w:t>
            </w:r>
          </w:p>
        </w:tc>
        <w:tc>
          <w:tcPr>
            <w:tcW w:w="6660" w:type="dxa"/>
            <w:vAlign w:val="center"/>
          </w:tcPr>
          <w:p w14:paraId="27310D71" w14:textId="77777777" w:rsidR="00FF1C6F" w:rsidRDefault="00FF1C6F">
            <w:pPr>
              <w:spacing w:after="0"/>
            </w:pPr>
          </w:p>
        </w:tc>
      </w:tr>
    </w:tbl>
    <w:p w14:paraId="0F76A8E2" w14:textId="77777777" w:rsidR="00FF1C6F" w:rsidRDefault="00FF1C6F"/>
    <w:p w14:paraId="5639B051" w14:textId="77777777" w:rsidR="00FF1C6F" w:rsidRDefault="00000000">
      <w:pPr>
        <w:pStyle w:val="Heading1"/>
      </w:pPr>
      <w:r>
        <w:rPr>
          <w:rFonts w:ascii="Calibri" w:hAnsi="Calibri"/>
        </w:rPr>
        <w:t>4. Requested outcome</w:t>
      </w:r>
    </w:p>
    <w:tbl>
      <w:tblPr>
        <w:tblW w:w="0" w:type="auto"/>
        <w:tblBorders>
          <w:top w:val="single" w:sz="6" w:space="0" w:color="C7CDD4"/>
          <w:left w:val="single" w:sz="6" w:space="0" w:color="C7CDD4"/>
          <w:bottom w:val="single" w:sz="6" w:space="0" w:color="C7CDD4"/>
          <w:right w:val="single" w:sz="6" w:space="0" w:color="C7CDD4"/>
          <w:insideH w:val="single" w:sz="6" w:space="0" w:color="C7CDD4"/>
          <w:insideV w:val="single" w:sz="6" w:space="0" w:color="C7CDD4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FF1C6F" w14:paraId="333C8119" w14:textId="77777777">
        <w:tc>
          <w:tcPr>
            <w:tcW w:w="2700" w:type="dxa"/>
            <w:shd w:val="clear" w:color="auto" w:fill="F2F4F7"/>
            <w:vAlign w:val="center"/>
          </w:tcPr>
          <w:p w14:paraId="7E2DFD2F" w14:textId="77777777" w:rsidR="00FF1C6F" w:rsidRDefault="00000000">
            <w:pPr>
              <w:pStyle w:val="FieldLabel"/>
              <w:spacing w:after="0"/>
            </w:pPr>
            <w:r>
              <w:t>Requested review</w:t>
            </w:r>
          </w:p>
        </w:tc>
        <w:tc>
          <w:tcPr>
            <w:tcW w:w="6660" w:type="dxa"/>
            <w:vAlign w:val="center"/>
          </w:tcPr>
          <w:p w14:paraId="4556EFDB" w14:textId="02C1C3E5" w:rsidR="00FF1C6F" w:rsidRDefault="00000000">
            <w:pPr>
              <w:spacing w:after="0"/>
            </w:pPr>
            <w:r>
              <w:t>[</w:t>
            </w:r>
            <w:r w:rsidR="00A47FDE">
              <w:rPr>
                <w:rFonts w:eastAsia="SimSun" w:hint="eastAsia"/>
                <w:lang w:eastAsia="zh-CN"/>
              </w:rPr>
              <w:t xml:space="preserve">       </w:t>
            </w:r>
            <w:proofErr w:type="gramStart"/>
            <w:r w:rsidR="00A47FDE">
              <w:t xml:space="preserve"> </w:t>
            </w:r>
            <w:r>
              <w:t xml:space="preserve"> ]</w:t>
            </w:r>
            <w:proofErr w:type="gramEnd"/>
            <w:r>
              <w:t xml:space="preserve"> Replacement panel(</w:t>
            </w:r>
            <w:proofErr w:type="gramStart"/>
            <w:r>
              <w:t>s)  [</w:t>
            </w:r>
            <w:proofErr w:type="gramEnd"/>
            <w:r w:rsidR="00A47FDE">
              <w:rPr>
                <w:rFonts w:eastAsia="SimSun" w:hint="eastAsia"/>
                <w:lang w:eastAsia="zh-CN"/>
              </w:rPr>
              <w:t xml:space="preserve">      </w:t>
            </w:r>
            <w:proofErr w:type="gramStart"/>
            <w:r w:rsidR="00A47FDE">
              <w:rPr>
                <w:rFonts w:eastAsia="SimSun" w:hint="eastAsia"/>
                <w:lang w:eastAsia="zh-CN"/>
              </w:rPr>
              <w:t xml:space="preserve"> </w:t>
            </w:r>
            <w:r w:rsidR="00A47FDE">
              <w:t xml:space="preserve"> </w:t>
            </w:r>
            <w:r>
              <w:t>]</w:t>
            </w:r>
            <w:proofErr w:type="gramEnd"/>
            <w:r>
              <w:t xml:space="preserve"> Technical </w:t>
            </w:r>
            <w:proofErr w:type="gramStart"/>
            <w:r>
              <w:t>assessment  [</w:t>
            </w:r>
            <w:proofErr w:type="gramEnd"/>
            <w:r w:rsidR="00A47FDE">
              <w:rPr>
                <w:rFonts w:eastAsia="SimSun" w:hint="eastAsia"/>
                <w:lang w:eastAsia="zh-CN"/>
              </w:rPr>
              <w:t xml:space="preserve">      </w:t>
            </w:r>
            <w:proofErr w:type="gramStart"/>
            <w:r w:rsidR="00A47FDE">
              <w:rPr>
                <w:rFonts w:eastAsia="SimSun" w:hint="eastAsia"/>
                <w:lang w:eastAsia="zh-CN"/>
              </w:rPr>
              <w:t xml:space="preserve"> </w:t>
            </w:r>
            <w:r w:rsidR="00A47FDE">
              <w:t xml:space="preserve"> </w:t>
            </w:r>
            <w:r>
              <w:t>]</w:t>
            </w:r>
            <w:proofErr w:type="gramEnd"/>
            <w:r>
              <w:t xml:space="preserve"> Refund / partial refund </w:t>
            </w:r>
            <w:proofErr w:type="gramStart"/>
            <w:r>
              <w:t>review  [</w:t>
            </w:r>
            <w:proofErr w:type="gramEnd"/>
            <w:r w:rsidR="00A47FDE">
              <w:rPr>
                <w:rFonts w:eastAsia="SimSun" w:hint="eastAsia"/>
                <w:lang w:eastAsia="zh-CN"/>
              </w:rPr>
              <w:t xml:space="preserve">      </w:t>
            </w:r>
            <w:proofErr w:type="gramStart"/>
            <w:r w:rsidR="00A47FDE">
              <w:rPr>
                <w:rFonts w:eastAsia="SimSun" w:hint="eastAsia"/>
                <w:lang w:eastAsia="zh-CN"/>
              </w:rPr>
              <w:t xml:space="preserve"> </w:t>
            </w:r>
            <w:r w:rsidR="00A47FDE">
              <w:t xml:space="preserve"> </w:t>
            </w:r>
            <w:r>
              <w:t>]</w:t>
            </w:r>
            <w:proofErr w:type="gramEnd"/>
            <w:r>
              <w:t xml:space="preserve"> Delivery damage </w:t>
            </w:r>
            <w:proofErr w:type="gramStart"/>
            <w:r>
              <w:t>review  [</w:t>
            </w:r>
            <w:proofErr w:type="gramEnd"/>
            <w:r w:rsidR="00A47FDE">
              <w:rPr>
                <w:rFonts w:eastAsia="SimSun" w:hint="eastAsia"/>
                <w:lang w:eastAsia="zh-CN"/>
              </w:rPr>
              <w:t xml:space="preserve">       </w:t>
            </w:r>
            <w:proofErr w:type="gramStart"/>
            <w:r w:rsidR="00A47FDE">
              <w:t xml:space="preserve"> </w:t>
            </w:r>
            <w:r>
              <w:t xml:space="preserve"> ]</w:t>
            </w:r>
            <w:proofErr w:type="gramEnd"/>
            <w:r>
              <w:t xml:space="preserve"> Other support</w:t>
            </w:r>
          </w:p>
        </w:tc>
      </w:tr>
    </w:tbl>
    <w:p w14:paraId="07A5FD07" w14:textId="77777777" w:rsidR="00FF1C6F" w:rsidRDefault="00000000">
      <w:pPr>
        <w:pStyle w:val="Heading1"/>
      </w:pPr>
      <w:r>
        <w:rPr>
          <w:rFonts w:ascii="Calibri" w:hAnsi="Calibri"/>
        </w:rPr>
        <w:lastRenderedPageBreak/>
        <w:t>5. Issue type checklist</w:t>
      </w:r>
    </w:p>
    <w:p w14:paraId="05E8AAE5" w14:textId="1A351953" w:rsidR="00FF1C6F" w:rsidRDefault="00000000">
      <w:r>
        <w:t>[</w:t>
      </w:r>
      <w:r w:rsidR="00A47FDE">
        <w:rPr>
          <w:rFonts w:eastAsia="SimSun" w:hint="eastAsia"/>
          <w:lang w:eastAsia="zh-CN"/>
        </w:rPr>
        <w:t xml:space="preserve">      </w:t>
      </w:r>
      <w:proofErr w:type="gramStart"/>
      <w:r w:rsidR="00A47FDE">
        <w:rPr>
          <w:rFonts w:eastAsia="SimSun" w:hint="eastAsia"/>
          <w:lang w:eastAsia="zh-CN"/>
        </w:rPr>
        <w:t xml:space="preserve"> </w:t>
      </w:r>
      <w:r>
        <w:t xml:space="preserve"> ]</w:t>
      </w:r>
      <w:proofErr w:type="gramEnd"/>
      <w:r>
        <w:t xml:space="preserve"> Transport damage</w:t>
      </w:r>
    </w:p>
    <w:p w14:paraId="49F0D341" w14:textId="76FB672C" w:rsidR="00FF1C6F" w:rsidRDefault="00000000">
      <w:r>
        <w:t>[</w:t>
      </w:r>
      <w:r w:rsidR="00A47FDE">
        <w:rPr>
          <w:rFonts w:eastAsia="SimSun" w:hint="eastAsia"/>
          <w:lang w:eastAsia="zh-CN"/>
        </w:rPr>
        <w:t xml:space="preserve">      </w:t>
      </w:r>
      <w:proofErr w:type="gramStart"/>
      <w:r w:rsidR="00A47FDE">
        <w:rPr>
          <w:rFonts w:eastAsia="SimSun" w:hint="eastAsia"/>
          <w:lang w:eastAsia="zh-CN"/>
        </w:rPr>
        <w:t xml:space="preserve"> </w:t>
      </w:r>
      <w:r w:rsidR="00A47FDE">
        <w:t xml:space="preserve"> </w:t>
      </w:r>
      <w:r>
        <w:t>]</w:t>
      </w:r>
      <w:proofErr w:type="gramEnd"/>
      <w:r>
        <w:t xml:space="preserve"> Cracking or breakage</w:t>
      </w:r>
    </w:p>
    <w:p w14:paraId="36E54A11" w14:textId="39031C41" w:rsidR="00FF1C6F" w:rsidRDefault="00000000">
      <w:r>
        <w:t xml:space="preserve">[ </w:t>
      </w:r>
      <w:r w:rsidR="00A47FDE">
        <w:rPr>
          <w:rFonts w:eastAsia="SimSun" w:hint="eastAsia"/>
          <w:lang w:eastAsia="zh-CN"/>
        </w:rPr>
        <w:t xml:space="preserve">     </w:t>
      </w:r>
      <w:proofErr w:type="gramStart"/>
      <w:r w:rsidR="00A47FDE">
        <w:rPr>
          <w:rFonts w:eastAsia="SimSun" w:hint="eastAsia"/>
          <w:lang w:eastAsia="zh-CN"/>
        </w:rPr>
        <w:t xml:space="preserve">  </w:t>
      </w:r>
      <w:r>
        <w:t>]</w:t>
      </w:r>
      <w:proofErr w:type="gramEnd"/>
      <w:r>
        <w:t xml:space="preserve"> Abnormal powdering or flaking</w:t>
      </w:r>
    </w:p>
    <w:p w14:paraId="155745C5" w14:textId="3F36322F" w:rsidR="00FF1C6F" w:rsidRDefault="00000000">
      <w:r>
        <w:t xml:space="preserve">[ </w:t>
      </w:r>
      <w:r w:rsidR="00A47FDE">
        <w:rPr>
          <w:rFonts w:eastAsia="SimSun" w:hint="eastAsia"/>
          <w:lang w:eastAsia="zh-CN"/>
        </w:rPr>
        <w:t xml:space="preserve">     </w:t>
      </w:r>
      <w:proofErr w:type="gramStart"/>
      <w:r w:rsidR="00A47FDE">
        <w:rPr>
          <w:rFonts w:eastAsia="SimSun" w:hint="eastAsia"/>
          <w:lang w:eastAsia="zh-CN"/>
        </w:rPr>
        <w:t xml:space="preserve">  </w:t>
      </w:r>
      <w:r>
        <w:t>]</w:t>
      </w:r>
      <w:proofErr w:type="gramEnd"/>
      <w:r>
        <w:t xml:space="preserve"> Warping or deformation</w:t>
      </w:r>
    </w:p>
    <w:p w14:paraId="501C5701" w14:textId="585CD14F" w:rsidR="00FF1C6F" w:rsidRDefault="00000000">
      <w:r>
        <w:t xml:space="preserve">[ </w:t>
      </w:r>
      <w:r w:rsidR="00A47FDE">
        <w:rPr>
          <w:rFonts w:eastAsia="SimSun" w:hint="eastAsia"/>
          <w:lang w:eastAsia="zh-CN"/>
        </w:rPr>
        <w:t xml:space="preserve">     </w:t>
      </w:r>
      <w:proofErr w:type="gramStart"/>
      <w:r w:rsidR="00A47FDE">
        <w:rPr>
          <w:rFonts w:eastAsia="SimSun" w:hint="eastAsia"/>
          <w:lang w:eastAsia="zh-CN"/>
        </w:rPr>
        <w:t xml:space="preserve">  </w:t>
      </w:r>
      <w:r>
        <w:t>]</w:t>
      </w:r>
      <w:proofErr w:type="gramEnd"/>
      <w:r>
        <w:t xml:space="preserve"> Connection / interlocking issue</w:t>
      </w:r>
    </w:p>
    <w:p w14:paraId="6A42A34B" w14:textId="72A031BA" w:rsidR="00FF1C6F" w:rsidRDefault="00000000">
      <w:r>
        <w:t xml:space="preserve">[ </w:t>
      </w:r>
      <w:r w:rsidR="00A47FDE">
        <w:rPr>
          <w:rFonts w:eastAsia="SimSun" w:hint="eastAsia"/>
          <w:lang w:eastAsia="zh-CN"/>
        </w:rPr>
        <w:t xml:space="preserve">     </w:t>
      </w:r>
      <w:proofErr w:type="gramStart"/>
      <w:r w:rsidR="00A47FDE">
        <w:rPr>
          <w:rFonts w:eastAsia="SimSun" w:hint="eastAsia"/>
          <w:lang w:eastAsia="zh-CN"/>
        </w:rPr>
        <w:t xml:space="preserve">  </w:t>
      </w:r>
      <w:r>
        <w:t>]</w:t>
      </w:r>
      <w:proofErr w:type="gramEnd"/>
      <w:r>
        <w:t xml:space="preserve"> Surface wear concern</w:t>
      </w:r>
    </w:p>
    <w:p w14:paraId="197F5D99" w14:textId="59A16140" w:rsidR="00FF1C6F" w:rsidRDefault="00000000">
      <w:r>
        <w:t xml:space="preserve">[ </w:t>
      </w:r>
      <w:r w:rsidR="00A47FDE">
        <w:rPr>
          <w:rFonts w:eastAsia="SimSun" w:hint="eastAsia"/>
          <w:lang w:eastAsia="zh-CN"/>
        </w:rPr>
        <w:t xml:space="preserve">     </w:t>
      </w:r>
      <w:proofErr w:type="gramStart"/>
      <w:r w:rsidR="00A47FDE">
        <w:rPr>
          <w:rFonts w:eastAsia="SimSun" w:hint="eastAsia"/>
          <w:lang w:eastAsia="zh-CN"/>
        </w:rPr>
        <w:t xml:space="preserve">  </w:t>
      </w:r>
      <w:r>
        <w:t>]</w:t>
      </w:r>
      <w:proofErr w:type="gramEnd"/>
      <w:r>
        <w:t xml:space="preserve"> Missing item or incorrect item</w:t>
      </w:r>
    </w:p>
    <w:p w14:paraId="463678E5" w14:textId="2A8BD750" w:rsidR="00FF1C6F" w:rsidRDefault="00000000">
      <w:r>
        <w:t xml:space="preserve">[ </w:t>
      </w:r>
      <w:r w:rsidR="00A47FDE">
        <w:rPr>
          <w:rFonts w:eastAsia="SimSun" w:hint="eastAsia"/>
          <w:lang w:eastAsia="zh-CN"/>
        </w:rPr>
        <w:t xml:space="preserve">     </w:t>
      </w:r>
      <w:proofErr w:type="gramStart"/>
      <w:r w:rsidR="00A47FDE">
        <w:rPr>
          <w:rFonts w:eastAsia="SimSun" w:hint="eastAsia"/>
          <w:lang w:eastAsia="zh-CN"/>
        </w:rPr>
        <w:t xml:space="preserve">  </w:t>
      </w:r>
      <w:r>
        <w:t>]</w:t>
      </w:r>
      <w:proofErr w:type="gramEnd"/>
      <w:r>
        <w:t xml:space="preserve"> Other</w:t>
      </w:r>
    </w:p>
    <w:p w14:paraId="32C8B984" w14:textId="77777777" w:rsidR="00FF1C6F" w:rsidRDefault="00000000">
      <w:pPr>
        <w:pStyle w:val="Heading1"/>
      </w:pPr>
      <w:r>
        <w:rPr>
          <w:rFonts w:ascii="Calibri" w:hAnsi="Calibri"/>
        </w:rPr>
        <w:t>6. Photos or attachments</w:t>
      </w:r>
    </w:p>
    <w:p w14:paraId="5981CC00" w14:textId="77777777" w:rsidR="00FF1C6F" w:rsidRDefault="00000000">
      <w:r>
        <w:t>Please attach clear photos of the affected area.</w:t>
      </w:r>
    </w:p>
    <w:p w14:paraId="637C0E0A" w14:textId="77777777" w:rsidR="00FF1C6F" w:rsidRDefault="00000000">
      <w:r>
        <w:t>Where useful, attach wider photos showing the full setup.</w:t>
      </w:r>
    </w:p>
    <w:p w14:paraId="29338102" w14:textId="77777777" w:rsidR="00FF1C6F" w:rsidRDefault="00000000">
      <w:r>
        <w:t>Attach a short video if it helps explain movement, warping or connection issues.</w:t>
      </w:r>
    </w:p>
    <w:p w14:paraId="37E8E85E" w14:textId="77777777" w:rsidR="00FF1C6F" w:rsidRDefault="00000000">
      <w:pPr>
        <w:pStyle w:val="Heading1"/>
      </w:pPr>
      <w:r>
        <w:rPr>
          <w:rFonts w:ascii="Calibri" w:hAnsi="Calibri"/>
        </w:rPr>
        <w:t>7. Confirmation</w:t>
      </w:r>
    </w:p>
    <w:p w14:paraId="7D27324A" w14:textId="77777777" w:rsidR="00FF1C6F" w:rsidRDefault="00000000">
      <w:r>
        <w:t>I confirm that the information above is accurate to the best of my knowledge. I understand that I may be asked to keep the affected panel(s) for inspection and that the issue will be reviewed under the applicable warranty terms and mandatory consumer rules.</w:t>
      </w:r>
    </w:p>
    <w:tbl>
      <w:tblPr>
        <w:tblW w:w="0" w:type="auto"/>
        <w:tblBorders>
          <w:top w:val="single" w:sz="6" w:space="0" w:color="C7CDD4"/>
          <w:left w:val="single" w:sz="6" w:space="0" w:color="C7CDD4"/>
          <w:bottom w:val="single" w:sz="6" w:space="0" w:color="C7CDD4"/>
          <w:right w:val="single" w:sz="6" w:space="0" w:color="C7CDD4"/>
          <w:insideH w:val="single" w:sz="6" w:space="0" w:color="C7CDD4"/>
          <w:insideV w:val="single" w:sz="6" w:space="0" w:color="C7CDD4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7160"/>
      </w:tblGrid>
      <w:tr w:rsidR="00FF1C6F" w14:paraId="7293EBDF" w14:textId="77777777">
        <w:tc>
          <w:tcPr>
            <w:tcW w:w="2200" w:type="dxa"/>
            <w:shd w:val="clear" w:color="auto" w:fill="F2F4F7"/>
            <w:vAlign w:val="center"/>
          </w:tcPr>
          <w:p w14:paraId="63C14069" w14:textId="77777777" w:rsidR="00FF1C6F" w:rsidRDefault="00000000">
            <w:pPr>
              <w:pStyle w:val="FieldLabel"/>
            </w:pPr>
            <w:r>
              <w:t>Name</w:t>
            </w:r>
          </w:p>
        </w:tc>
        <w:tc>
          <w:tcPr>
            <w:tcW w:w="7160" w:type="dxa"/>
            <w:vAlign w:val="center"/>
          </w:tcPr>
          <w:p w14:paraId="07D0DBFB" w14:textId="77777777" w:rsidR="00FF1C6F" w:rsidRDefault="00FF1C6F"/>
        </w:tc>
      </w:tr>
      <w:tr w:rsidR="00FF1C6F" w14:paraId="77B192D2" w14:textId="77777777">
        <w:tc>
          <w:tcPr>
            <w:tcW w:w="2200" w:type="dxa"/>
            <w:shd w:val="clear" w:color="auto" w:fill="F2F4F7"/>
            <w:vAlign w:val="center"/>
          </w:tcPr>
          <w:p w14:paraId="2FCCB2FD" w14:textId="77777777" w:rsidR="00FF1C6F" w:rsidRDefault="00000000">
            <w:pPr>
              <w:pStyle w:val="FieldLabel"/>
            </w:pPr>
            <w:r>
              <w:t>Date</w:t>
            </w:r>
          </w:p>
        </w:tc>
        <w:tc>
          <w:tcPr>
            <w:tcW w:w="7160" w:type="dxa"/>
            <w:vAlign w:val="center"/>
          </w:tcPr>
          <w:p w14:paraId="5AFB59D1" w14:textId="77777777" w:rsidR="00FF1C6F" w:rsidRDefault="00FF1C6F"/>
        </w:tc>
      </w:tr>
      <w:tr w:rsidR="00FF1C6F" w14:paraId="45A4403E" w14:textId="77777777">
        <w:tc>
          <w:tcPr>
            <w:tcW w:w="2200" w:type="dxa"/>
            <w:shd w:val="clear" w:color="auto" w:fill="F2F4F7"/>
            <w:vAlign w:val="center"/>
          </w:tcPr>
          <w:p w14:paraId="725A71B4" w14:textId="77777777" w:rsidR="00FF1C6F" w:rsidRDefault="00000000">
            <w:pPr>
              <w:pStyle w:val="FieldLabel"/>
            </w:pPr>
            <w:r>
              <w:t>Signature</w:t>
            </w:r>
          </w:p>
        </w:tc>
        <w:tc>
          <w:tcPr>
            <w:tcW w:w="7160" w:type="dxa"/>
            <w:vAlign w:val="center"/>
          </w:tcPr>
          <w:p w14:paraId="12C90A7E" w14:textId="77777777" w:rsidR="00FF1C6F" w:rsidRDefault="00FF1C6F"/>
        </w:tc>
      </w:tr>
    </w:tbl>
    <w:p w14:paraId="49415467" w14:textId="77777777" w:rsidR="006922C1" w:rsidRDefault="006922C1"/>
    <w:sectPr w:rsidR="006922C1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0B955" w14:textId="77777777" w:rsidR="002F193D" w:rsidRDefault="002F193D">
      <w:pPr>
        <w:spacing w:after="0" w:line="240" w:lineRule="auto"/>
      </w:pPr>
      <w:r>
        <w:separator/>
      </w:r>
    </w:p>
  </w:endnote>
  <w:endnote w:type="continuationSeparator" w:id="0">
    <w:p w14:paraId="42AEF0C3" w14:textId="77777777" w:rsidR="002F193D" w:rsidRDefault="002F1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5A5D3" w14:textId="77777777" w:rsidR="00FF1C6F" w:rsidRDefault="00000000">
    <w:pPr>
      <w:pStyle w:val="Footer"/>
      <w:spacing w:before="60"/>
      <w:jc w:val="right"/>
    </w:pPr>
    <w:r>
      <w:rPr>
        <w:color w:val="595959"/>
        <w:sz w:val="18"/>
      </w:rPr>
      <w:t xml:space="preserve">Page </w:t>
    </w:r>
    <w:r>
      <w:rPr>
        <w:color w:val="595959"/>
        <w:sz w:val="18"/>
      </w:rPr>
      <w:fldChar w:fldCharType="begin"/>
    </w:r>
    <w:r>
      <w:rPr>
        <w:color w:val="595959"/>
        <w:sz w:val="18"/>
      </w:rPr>
      <w:instrText xml:space="preserve"> PAGE </w:instrText>
    </w:r>
    <w:r>
      <w:rPr>
        <w:color w:val="595959"/>
        <w:sz w:val="18"/>
      </w:rPr>
      <w:fldChar w:fldCharType="separate"/>
    </w:r>
    <w:r w:rsidR="00A47FDE">
      <w:rPr>
        <w:noProof/>
        <w:color w:val="595959"/>
        <w:sz w:val="18"/>
      </w:rPr>
      <w:t>1</w:t>
    </w:r>
    <w:r>
      <w:rPr>
        <w:color w:val="595959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CE55" w14:textId="77777777" w:rsidR="002F193D" w:rsidRDefault="002F193D">
      <w:pPr>
        <w:spacing w:after="0" w:line="240" w:lineRule="auto"/>
      </w:pPr>
      <w:r>
        <w:separator/>
      </w:r>
    </w:p>
  </w:footnote>
  <w:footnote w:type="continuationSeparator" w:id="0">
    <w:p w14:paraId="0D98A5DD" w14:textId="77777777" w:rsidR="002F193D" w:rsidRDefault="002F1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8ADAC" w14:textId="77777777" w:rsidR="00FF1C6F" w:rsidRDefault="00000000">
    <w:pPr>
      <w:pStyle w:val="Header"/>
      <w:spacing w:after="60"/>
    </w:pPr>
    <w:r>
      <w:rPr>
        <w:color w:val="595959"/>
        <w:sz w:val="18"/>
      </w:rPr>
      <w:t>Product Issue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7839397">
    <w:abstractNumId w:val="8"/>
  </w:num>
  <w:num w:numId="2" w16cid:durableId="945312935">
    <w:abstractNumId w:val="6"/>
  </w:num>
  <w:num w:numId="3" w16cid:durableId="1978144940">
    <w:abstractNumId w:val="5"/>
  </w:num>
  <w:num w:numId="4" w16cid:durableId="1676686661">
    <w:abstractNumId w:val="4"/>
  </w:num>
  <w:num w:numId="5" w16cid:durableId="986590518">
    <w:abstractNumId w:val="7"/>
  </w:num>
  <w:num w:numId="6" w16cid:durableId="1847285068">
    <w:abstractNumId w:val="3"/>
  </w:num>
  <w:num w:numId="7" w16cid:durableId="1099906419">
    <w:abstractNumId w:val="2"/>
  </w:num>
  <w:num w:numId="8" w16cid:durableId="1167868712">
    <w:abstractNumId w:val="1"/>
  </w:num>
  <w:num w:numId="9" w16cid:durableId="67326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193D"/>
    <w:rsid w:val="00326F90"/>
    <w:rsid w:val="005608B1"/>
    <w:rsid w:val="0067728F"/>
    <w:rsid w:val="006922C1"/>
    <w:rsid w:val="00A47FDE"/>
    <w:rsid w:val="00AA1D8D"/>
    <w:rsid w:val="00B47730"/>
    <w:rsid w:val="00CB0664"/>
    <w:rsid w:val="00FC693F"/>
    <w:rsid w:val="00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04C4C1C"/>
  <w14:defaultImageDpi w14:val="300"/>
  <w15:docId w15:val="{51E5AD14-94A6-45E4-9BB7-BE2AB141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line="240" w:lineRule="auto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595959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basedOn w:val="Normal"/>
    <w:pPr>
      <w:spacing w:after="40" w:line="240" w:lineRule="auto"/>
    </w:pPr>
    <w:rPr>
      <w:b/>
      <w:color w:val="1F4D7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Yu Wang</cp:lastModifiedBy>
  <cp:revision>2</cp:revision>
  <dcterms:created xsi:type="dcterms:W3CDTF">2026-06-27T17:33:00Z</dcterms:created>
  <dcterms:modified xsi:type="dcterms:W3CDTF">2026-06-27T17:33:00Z</dcterms:modified>
  <cp:category/>
</cp:coreProperties>
</file>